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before="60" w:line="240" w:lineRule="auto"/>
        <w:jc w:val="center"/>
        <w:rPr/>
      </w:pPr>
      <w:r w:rsidDel="00000000" w:rsidR="00000000" w:rsidRPr="00000000">
        <w:rPr>
          <w:b w:val="1"/>
          <w:bCs w:val="1"/>
          <w:color w:val="171717"/>
          <w:sz w:val="29"/>
          <w:szCs w:val="29"/>
          <w:rtl w:val="0"/>
        </w:rPr>
        <w:t xml:space="preserve">Αίτημα Προσφοράς για Ανακάλυψη Ευκαιριών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="252.00000000000003" w:lineRule="auto"/>
        <w:jc w:val="center"/>
        <w:rPr>
          <w:rFonts w:ascii="Arial" w:cs="Arial" w:eastAsia="Arial" w:hAnsi="Arial"/>
          <w:b w:val="0"/>
          <w:bCs w:val="0"/>
          <w:i w:val="1"/>
          <w:iCs w:val="1"/>
          <w:color w:val="6868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color w:val="686868"/>
          <w:sz w:val="20"/>
          <w:szCs w:val="20"/>
          <w:rtl w:val="0"/>
        </w:rPr>
        <w:t xml:space="preserve">Συμπληρώστε τα λίγα βασικά στοιχεία και θα επανέλθουμε με σχετική προσφορά το συντομότερο δυνατό</w:t>
      </w:r>
    </w:p>
    <w:p w:rsidR="00000000" w:rsidDel="00000000" w:rsidP="00000000" w:rsidRDefault="00000000" w:rsidRPr="00000000" w14:paraId="00000003">
      <w:pPr>
        <w:spacing w:after="80" w:before="0" w:line="252.00000000000003" w:lineRule="auto"/>
        <w:jc w:val="center"/>
        <w:rPr>
          <w:i w:val="1"/>
          <w:iCs w:val="1"/>
          <w:color w:val="686868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before="6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202020"/>
          <w:sz w:val="25"/>
          <w:szCs w:val="25"/>
          <w:rtl w:val="0"/>
        </w:rPr>
        <w:t xml:space="preserve">1. Τι αναζητάτε</w:t>
      </w:r>
      <w:r w:rsidDel="00000000" w:rsidR="00000000" w:rsidRPr="00000000">
        <w:rPr>
          <w:rtl w:val="0"/>
        </w:rPr>
      </w:r>
    </w:p>
    <w:tbl>
      <w:tblPr>
        <w:tblStyle w:val="Table1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Τι θέλετε να βρείτε;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  <w:rtl w:val="0"/>
              </w:rPr>
              <w:t xml:space="preserve">☐ Νέους B2B πελάτες  </w:t>
            </w:r>
          </w:p>
          <w:p w:rsidR="00000000" w:rsidDel="00000000" w:rsidP="00000000" w:rsidRDefault="00000000" w:rsidRPr="00000000" w14:paraId="00000007">
            <w:pPr>
              <w:spacing w:after="0" w:before="0" w:line="240" w:lineRule="auto"/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  <w:rtl w:val="0"/>
              </w:rPr>
              <w:t xml:space="preserve">☐ Νέους προμηθευτές / παρόχους λύσεων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color w:val="6a6a6a"/>
                <w:sz w:val="20"/>
                <w:szCs w:val="20"/>
              </w:rPr>
            </w:pPr>
            <w:r w:rsidDel="00000000" w:rsidR="00000000" w:rsidRPr="00000000">
              <w:rPr>
                <w:color w:val="6a6a6a"/>
                <w:sz w:val="20"/>
                <w:szCs w:val="20"/>
                <w:rtl w:val="0"/>
              </w:rPr>
              <w:t xml:space="preserve">☐ Ανταγωνιστές / επιχειρήσεις αναφοράς</w:t>
            </w:r>
          </w:p>
        </w:tc>
      </w:tr>
    </w:tbl>
    <w:p w:rsidR="00000000" w:rsidDel="00000000" w:rsidP="00000000" w:rsidRDefault="00000000" w:rsidRPr="00000000" w14:paraId="00000009">
      <w:pPr>
        <w:spacing w:after="40" w:before="12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202020"/>
          <w:sz w:val="25"/>
          <w:szCs w:val="25"/>
          <w:rtl w:val="0"/>
        </w:rPr>
        <w:t xml:space="preserve">2. Τα βασικά κριτήρια</w:t>
      </w:r>
      <w:r w:rsidDel="00000000" w:rsidR="00000000" w:rsidRPr="00000000">
        <w:rPr>
          <w:rtl w:val="0"/>
        </w:rPr>
      </w:r>
    </w:p>
    <w:tbl>
      <w:tblPr>
        <w:tblStyle w:val="Table2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Τι χαρακτηριστικά πρέπει να έχουν οι επιχειρήσεις που θα σας προτείνουμε;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before="20" w:line="240" w:lineRule="auto"/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55555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color w:val="777777"/>
                <w:sz w:val="20"/>
                <w:szCs w:val="20"/>
                <w:rtl w:val="0"/>
              </w:rPr>
              <w:t xml:space="preserve">Αναφέρετε τα 2–3 σημαντικότερα κριτήρια (π.χ. κλάδος, μέγεθος, δραστηριότητα, δυνατότητες, ποιότητα).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before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Περιοχή / αγορά ενδιαφέροντος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before="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555555"/>
                <w:sz w:val="20"/>
                <w:szCs w:val="20"/>
                <w:rtl w:val="0"/>
              </w:rPr>
              <w:t xml:space="preserve">π.χ. Βόρειο Αιγαίο, Αττική, Ελλάδα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20" w:before="12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202020"/>
          <w:sz w:val="25"/>
          <w:szCs w:val="25"/>
          <w:rtl w:val="0"/>
        </w:rPr>
        <w:t xml:space="preserve">3. Στοιχεία επικοινωνίας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40" w:before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26.0" w:type="dxa"/>
        <w:jc w:val="center"/>
        <w:tblLayout w:type="fixed"/>
        <w:tblLook w:val="0400"/>
      </w:tblPr>
      <w:tblGrid>
        <w:gridCol w:w="5213"/>
        <w:gridCol w:w="5213"/>
        <w:tblGridChange w:id="0">
          <w:tblGrid>
            <w:gridCol w:w="5213"/>
            <w:gridCol w:w="52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Ονοματεπώνυμο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  <w:rtl w:val="0"/>
              </w:rPr>
              <w:t xml:space="preserve">π.χ. Γιώργος Παπάς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Επιχείρηση / Οργανισμός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  <w:rtl w:val="0"/>
              </w:rPr>
              <w:t xml:space="preserve">π.χ. Example Foods IKE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Email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  <w:rtl w:val="0"/>
              </w:rPr>
              <w:t xml:space="preserve">email@example.com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242424"/>
                <w:sz w:val="20"/>
                <w:szCs w:val="20"/>
                <w:rtl w:val="0"/>
              </w:rPr>
              <w:t xml:space="preserve">Τηλέφωνο / Κινητό 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color w:val="6a6a6a"/>
                <w:sz w:val="20"/>
                <w:szCs w:val="20"/>
                <w:rtl w:val="0"/>
              </w:rPr>
              <w:t xml:space="preserve">+30 69X XXX XXXX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20" w:before="100" w:line="240" w:lineRule="auto"/>
        <w:rPr>
          <w:b w:val="1"/>
          <w:bCs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before="10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5"/>
          <w:szCs w:val="25"/>
          <w:rtl w:val="0"/>
        </w:rPr>
        <w:t xml:space="preserve">Επόμενα βήματα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Η υποβολή του αιτήματος δεν αποτελεί αυτόματη επιβεβαίωση. Η Pleathora θα εξετάσει το προφίλ, τον στόχο και τα βασικά κριτήριά σας και θα εκτιμήσει τη δυνατότητα εντοπισμού κατάλληλων επιχειρήσεων.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Αν χρειαστεί, μπορεί να ζητηθούν μόνο οι πρόσθετες πληροφορίες που είναι απαραίτητες για να οριστεί με ακρίβεια το αντικείμενο της αναζήτησης.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6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Θα επανέλθουμε το συντομότερο δυνατό με σχετική Προσφορά, στην οποία θα περιγράφονται με σαφήνεια το εύρος της εργασίας, το παραδοτέο, ο χρόνος και το κόστος.</w:t>
      </w:r>
    </w:p>
    <w:p w:rsidR="00000000" w:rsidDel="00000000" w:rsidP="00000000" w:rsidRDefault="00000000" w:rsidRPr="00000000" w14:paraId="0000001F">
      <w:pPr>
        <w:spacing w:after="60" w:before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5d5d5" w:space="0" w:sz="5" w:val="single"/>
              <w:left w:color="d5d5d5" w:space="0" w:sz="5" w:val="single"/>
              <w:bottom w:color="d5d5d5" w:space="0" w:sz="5" w:val="single"/>
              <w:right w:color="d5d5d5" w:space="0" w:sz="5" w:val="single"/>
            </w:tcBorders>
            <w:shd w:fill="f5f5f5" w:val="clear"/>
            <w:tcMar>
              <w:top w:w="90.0" w:type="dxa"/>
              <w:bottom w:w="9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333333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color w:val="333333"/>
                <w:rtl w:val="0"/>
              </w:rPr>
              <w:t xml:space="preserve"> Έχω λάβει γνώση της Πολιτικής Απορρήτου και συμφωνώ να χρησιμοποιηθούν τα στοιχεία που υποβάλλω για την αξιολόγηση του αιτήματος, την επικοινωνία μαζί μου και την προετοιμασία της σχετικής Προσφοράς.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40" w:before="12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40" w:before="12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Παρακαλούμε συμπληρώστε, υπογράψτε, βάλτε ημερομηνία και στείλετε το παρόν στο e-mail protoulisd@yahoo.com</w:t>
      </w:r>
      <w:r w:rsidDel="00000000" w:rsidR="00000000" w:rsidRPr="00000000">
        <w:rPr>
          <w:rtl w:val="0"/>
        </w:rPr>
      </w:r>
    </w:p>
    <w:tbl>
      <w:tblPr>
        <w:tblStyle w:val="Table5"/>
        <w:tblW w:w="10426.0" w:type="dxa"/>
        <w:jc w:val="center"/>
        <w:tblLayout w:type="fixed"/>
        <w:tblLook w:val="0400"/>
      </w:tblPr>
      <w:tblGrid>
        <w:gridCol w:w="10426"/>
        <w:tblGridChange w:id="0">
          <w:tblGrid>
            <w:gridCol w:w="104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0d0" w:space="0" w:sz="5" w:val="single"/>
              <w:left w:color="d0d0d0" w:space="0" w:sz="5" w:val="single"/>
              <w:bottom w:color="d0d0d0" w:space="0" w:sz="5" w:val="single"/>
              <w:right w:color="d0d0d0" w:space="0" w:sz="5" w:val="single"/>
            </w:tcBorders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242424"/>
                <w:sz w:val="20"/>
                <w:szCs w:val="20"/>
                <w:rtl w:val="0"/>
              </w:rPr>
              <w:t xml:space="preserve">Υπογραφή                                                                                                                                     Ημερομηνία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before="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20" w:before="120" w:line="240" w:lineRule="auto"/>
        <w:rPr>
          <w:b w:val="1"/>
          <w:bCs w:val="1"/>
          <w:color w:val="ffffff"/>
          <w:sz w:val="20"/>
          <w:szCs w:val="20"/>
          <w:shd w:fill="33333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jc w:val="center"/>
        <w:rPr>
          <w:b w:val="1"/>
          <w:bCs w:val="1"/>
          <w:color w:val="ffffff"/>
          <w:sz w:val="20"/>
          <w:szCs w:val="20"/>
          <w:shd w:fill="33333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before="0" w:line="240" w:lineRule="auto"/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40" w:lineRule="auto"/>
        <w:jc w:val="center"/>
        <w:rPr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Ευχαριστούμε για το ενδιαφέρον σας!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40" w:lineRule="auto"/>
        <w:jc w:val="center"/>
        <w:rPr>
          <w:i w:val="1"/>
          <w:iCs w:val="1"/>
          <w:sz w:val="14"/>
          <w:szCs w:val="14"/>
        </w:rPr>
      </w:pPr>
      <w:r w:rsidDel="00000000" w:rsidR="00000000" w:rsidRPr="00000000">
        <w:rPr>
          <w:i w:val="1"/>
          <w:iCs w:val="1"/>
          <w:rtl w:val="0"/>
        </w:rPr>
        <w:t xml:space="preserve">Θα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επανέλθουμε το συντομότερο δυν</w:t>
      </w:r>
      <w:r w:rsidDel="00000000" w:rsidR="00000000" w:rsidRPr="00000000">
        <w:rPr>
          <w:rFonts w:ascii="Arial" w:cs="Arial" w:eastAsia="Arial" w:hAnsi="Arial"/>
          <w:i w:val="1"/>
          <w:iCs w:val="1"/>
          <w:sz w:val="14"/>
          <w:szCs w:val="14"/>
          <w:rtl w:val="0"/>
        </w:rPr>
        <w:t xml:space="preserve">ατό.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jc w:val="center"/>
        <w:rPr>
          <w:i w:val="1"/>
          <w:i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before="20" w:line="24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color w:val="777777"/>
          <w:sz w:val="15"/>
          <w:szCs w:val="15"/>
          <w:rtl w:val="0"/>
        </w:rPr>
        <w:t xml:space="preserve">* Υποχρεωτικό πεδίο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09" w:top="765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 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www.pleathora.com</w:t>
      </w:r>
    </w:hyperlink>
    <w:r w:rsidDel="00000000" w:rsidR="00000000" w:rsidRPr="00000000">
      <w:rPr>
        <w:rtl w:val="0"/>
      </w:rPr>
      <w:t xml:space="preserve">  Β2Β  Πλατφόρμα Αγροδιατροφής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pleatho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iPRlFyp+4H5CMgFhK3yLMmtDSA==">CgMxLjA4AHIhMXVyUE1vcmRDR3paNklMV1FnY1RuLTVERjZzRmxYdTZT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