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" w:before="8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31"/>
          <w:szCs w:val="31"/>
          <w:rtl w:val="0"/>
        </w:rPr>
        <w:t xml:space="preserve">Αίτημα Προσφοράς για Αξιολόγηση &amp; Σύγκριση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40" w:lineRule="auto"/>
        <w:jc w:val="center"/>
        <w:rPr>
          <w:rFonts w:ascii="Arial" w:cs="Arial" w:eastAsia="Arial" w:hAnsi="Arial"/>
          <w:b w:val="0"/>
          <w:bCs w:val="0"/>
          <w:i w:val="1"/>
          <w:iCs w:val="1"/>
          <w:color w:val="64646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color w:val="646464"/>
          <w:rtl w:val="0"/>
        </w:rPr>
        <w:t xml:space="preserve">Συμπληρώστε τα λίγα βασικά στοιχεία και θα επανέλθουμε με σχετική προσφορά το συντομότερο δυνατό</w:t>
      </w:r>
    </w:p>
    <w:p w:rsidR="00000000" w:rsidDel="00000000" w:rsidP="00000000" w:rsidRDefault="00000000" w:rsidRPr="00000000" w14:paraId="00000003">
      <w:pPr>
        <w:spacing w:after="140" w:lineRule="auto"/>
        <w:jc w:val="center"/>
        <w:rPr>
          <w:i w:val="1"/>
          <w:iCs w:val="1"/>
          <w:color w:val="646464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60" w:before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3"/>
          <w:szCs w:val="23"/>
          <w:rtl w:val="0"/>
        </w:rPr>
        <w:t xml:space="preserve">1. Τι θέλετε να αξιολογήσετε</w:t>
      </w:r>
      <w:r w:rsidDel="00000000" w:rsidR="00000000" w:rsidRPr="00000000">
        <w:rPr>
          <w:rtl w:val="0"/>
        </w:rPr>
      </w:r>
    </w:p>
    <w:tbl>
      <w:tblPr>
        <w:tblStyle w:val="Table1"/>
        <w:tblW w:w="11548.0" w:type="dxa"/>
        <w:jc w:val="center"/>
        <w:tblLayout w:type="fixed"/>
        <w:tblLook w:val="0400"/>
      </w:tblPr>
      <w:tblGrid>
        <w:gridCol w:w="11548"/>
        <w:tblGridChange w:id="0">
          <w:tblGrid>
            <w:gridCol w:w="1154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d9d9d9" w:space="0" w:sz="7" w:val="single"/>
              <w:left w:color="d9d9d9" w:space="0" w:sz="7" w:val="single"/>
              <w:bottom w:color="d9d9d9" w:space="0" w:sz="7" w:val="single"/>
              <w:right w:color="d9d9d9" w:space="0" w:sz="7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after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rtl w:val="0"/>
              </w:rPr>
              <w:t xml:space="preserve">Κάντε μια επιλογή*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rtl w:val="0"/>
              </w:rPr>
              <w:br w:type="textWrapping"/>
              <w:t xml:space="preserve">☐ Πελάτη   ☐ Προμηθευτή / πάροχο   ☐ Ανταγωνιστή   ☐ Πιθανό συνεργάτη   ☐ Την επιχείρησή μας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7" w:val="single"/>
              <w:left w:color="d9d9d9" w:space="0" w:sz="7" w:val="single"/>
              <w:bottom w:color="d9d9d9" w:space="0" w:sz="7" w:val="single"/>
              <w:right w:color="d9d9d9" w:space="0" w:sz="7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after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rtl w:val="0"/>
              </w:rPr>
              <w:t xml:space="preserve">Αξιολόγηση ή σύγκριση;*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rtl w:val="0"/>
              </w:rPr>
              <w:br w:type="textWrapping"/>
              <w:t xml:space="preserve">☐ Αξιολόγηση </w:t>
            </w:r>
            <w:r w:rsidDel="00000000" w:rsidR="00000000" w:rsidRPr="00000000">
              <w:rPr>
                <w:rtl w:val="0"/>
              </w:rPr>
              <w:t xml:space="preserve">μιας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rtl w:val="0"/>
              </w:rPr>
              <w:t xml:space="preserve"> επιχείρησης     ☐ Σύγκριση δύο επιχειρήσεων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7" w:val="single"/>
              <w:left w:color="d9d9d9" w:space="0" w:sz="7" w:val="single"/>
              <w:bottom w:color="d9d9d9" w:space="0" w:sz="7" w:val="single"/>
              <w:right w:color="d9d9d9" w:space="0" w:sz="7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after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rtl w:val="0"/>
              </w:rPr>
              <w:t xml:space="preserve">Ποια επιχείρηση / ποιες επιχειρήσεις σας ενδιαφέρουν;*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rtl w:val="0"/>
              </w:rPr>
              <w:br w:type="textWrapping"/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6"/>
                <w:szCs w:val="16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spacing w:after="6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3"/>
          <w:szCs w:val="23"/>
          <w:rtl w:val="0"/>
        </w:rPr>
        <w:t xml:space="preserve">2. Τι θέλετε να μάθετε ή να αποφασίσετε</w:t>
      </w:r>
      <w:r w:rsidDel="00000000" w:rsidR="00000000" w:rsidRPr="00000000">
        <w:rPr>
          <w:rtl w:val="0"/>
        </w:rPr>
      </w:r>
    </w:p>
    <w:tbl>
      <w:tblPr>
        <w:tblStyle w:val="Table2"/>
        <w:tblW w:w="11548.0" w:type="dxa"/>
        <w:jc w:val="center"/>
        <w:tblLayout w:type="fixed"/>
        <w:tblLook w:val="0400"/>
      </w:tblPr>
      <w:tblGrid>
        <w:gridCol w:w="11548"/>
        <w:tblGridChange w:id="0">
          <w:tblGrid>
            <w:gridCol w:w="1154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d9d9d9" w:space="0" w:sz="7" w:val="single"/>
              <w:left w:color="d9d9d9" w:space="0" w:sz="7" w:val="single"/>
              <w:bottom w:color="d9d9d9" w:space="0" w:sz="7" w:val="single"/>
              <w:right w:color="d9d9d9" w:space="0" w:sz="7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rtl w:val="0"/>
              </w:rPr>
              <w:t xml:space="preserve">Ποια απόφαση ή ενέργεια θέλετε να υποστηρίξετε;*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rtl w:val="0"/>
              </w:rPr>
              <w:br w:type="textWrapping"/>
              <w:t xml:space="preserve">☐ Βελτίωση της δικής μας επιχείρησης   ☐ Διερεύνηση εμπορικής ή στρατηγικής συνεργασίας</w:t>
              <w:br w:type="textWrapping"/>
              <w:t xml:space="preserve">☐ Επιλογή πελάτη, προμηθευτή ή συνεργάτη   ☐ Κατανόηση ανταγωνισμού και θέσης στην αγορά 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spacing w:after="2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3"/>
          <w:szCs w:val="23"/>
          <w:rtl w:val="0"/>
        </w:rPr>
        <w:t xml:space="preserve">3. Στοιχεία επικοινωνίας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4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1548.0" w:type="dxa"/>
        <w:jc w:val="center"/>
        <w:tblLayout w:type="fixed"/>
        <w:tblLook w:val="0400"/>
      </w:tblPr>
      <w:tblGrid>
        <w:gridCol w:w="5774"/>
        <w:gridCol w:w="5774"/>
        <w:tblGridChange w:id="0">
          <w:tblGrid>
            <w:gridCol w:w="5774"/>
            <w:gridCol w:w="5774"/>
          </w:tblGrid>
        </w:tblGridChange>
      </w:tblGrid>
      <w:tr>
        <w:trPr>
          <w:cantSplit w:val="1"/>
          <w:trHeight w:val="601.962890625" w:hRule="atLeast"/>
          <w:tblHeader w:val="0"/>
        </w:trPr>
        <w:tc>
          <w:tcPr>
            <w:tcBorders>
              <w:top w:color="d9d9d9" w:space="0" w:sz="7" w:val="single"/>
              <w:left w:color="d9d9d9" w:space="0" w:sz="7" w:val="single"/>
              <w:bottom w:color="d9d9d9" w:space="0" w:sz="7" w:val="single"/>
              <w:right w:color="d9d9d9" w:space="0" w:sz="7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rtl w:val="0"/>
              </w:rPr>
              <w:t xml:space="preserve">Ονοματεπώνυμο *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969696"/>
                <w:rtl w:val="0"/>
              </w:rPr>
              <w:br w:type="textWrapping"/>
              <w:t xml:space="preserve">π.χ. Γιώργος Παπάς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7" w:val="single"/>
              <w:left w:color="d9d9d9" w:space="0" w:sz="7" w:val="single"/>
              <w:bottom w:color="d9d9d9" w:space="0" w:sz="7" w:val="single"/>
              <w:right w:color="d9d9d9" w:space="0" w:sz="7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rtl w:val="0"/>
              </w:rPr>
              <w:t xml:space="preserve">Επιχείρηση / Οργανισμός *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969696"/>
                <w:rtl w:val="0"/>
              </w:rPr>
              <w:br w:type="textWrapping"/>
              <w:t xml:space="preserve">π.χ. Example Foods IKE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7" w:val="single"/>
              <w:left w:color="d9d9d9" w:space="0" w:sz="7" w:val="single"/>
              <w:bottom w:color="d9d9d9" w:space="0" w:sz="7" w:val="single"/>
              <w:right w:color="d9d9d9" w:space="0" w:sz="7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rtl w:val="0"/>
              </w:rPr>
              <w:t xml:space="preserve">Email *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969696"/>
                <w:rtl w:val="0"/>
              </w:rPr>
              <w:br w:type="textWrapping"/>
              <w:t xml:space="preserve">email@example.com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7" w:val="single"/>
              <w:left w:color="d9d9d9" w:space="0" w:sz="7" w:val="single"/>
              <w:bottom w:color="d9d9d9" w:space="0" w:sz="7" w:val="single"/>
              <w:right w:color="d9d9d9" w:space="0" w:sz="7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rtl w:val="0"/>
              </w:rPr>
              <w:t xml:space="preserve">Τηλέφωνο / Κινητό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969696"/>
                <w:rtl w:val="0"/>
              </w:rPr>
              <w:br w:type="textWrapping"/>
              <w:t xml:space="preserve">+30 69X XXX XXXX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spacing w:after="20" w:before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3"/>
          <w:szCs w:val="23"/>
          <w:rtl w:val="0"/>
        </w:rPr>
        <w:t xml:space="preserve">Επόμενα βήματα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before="0" w:lineRule="auto"/>
        <w:ind w:left="720" w:hanging="360"/>
        <w:rPr>
          <w:i w:val="0"/>
          <w:iCs w:val="0"/>
          <w:sz w:val="18"/>
          <w:szCs w:val="18"/>
        </w:rPr>
      </w:pPr>
      <w:r w:rsidDel="00000000" w:rsidR="00000000" w:rsidRPr="00000000">
        <w:rPr>
          <w:i w:val="0"/>
          <w:iCs w:val="0"/>
          <w:sz w:val="18"/>
          <w:szCs w:val="18"/>
          <w:rtl w:val="0"/>
        </w:rPr>
        <w:t xml:space="preserve">Η υποβολή του αιτήματος δεν αποτελεί αυτόματη επιβεβαίωση. Η Pleathora θα εξετάσει το αντικείμενο, τον στόχο και τα βασικά κριτήριά σας και θα εκτιμήσει το κατάλληλο εύρος της αξιολόγησης ή σύγκρισης.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before="0" w:lineRule="auto"/>
        <w:ind w:left="720" w:hanging="360"/>
        <w:rPr>
          <w:i w:val="0"/>
          <w:iCs w:val="0"/>
          <w:sz w:val="18"/>
          <w:szCs w:val="18"/>
        </w:rPr>
      </w:pPr>
      <w:r w:rsidDel="00000000" w:rsidR="00000000" w:rsidRPr="00000000">
        <w:rPr>
          <w:i w:val="0"/>
          <w:iCs w:val="0"/>
          <w:sz w:val="18"/>
          <w:szCs w:val="18"/>
          <w:rtl w:val="0"/>
        </w:rPr>
        <w:t xml:space="preserve">Αν χρειαστεί, θα ζητηθούν μόνο οι πρόσθετες πληροφορίες που είναι απαραίτητες για να οριστεί με ακρίβεια το αντικείμενο της αξιολόγησης / σύγκρισης. Θα απαντήσουμε με σχετική Προσφορά το συντομότερο δυνατό.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before="0" w:lineRule="auto"/>
        <w:ind w:left="720" w:hanging="360"/>
        <w:rPr>
          <w:i w:val="0"/>
          <w:iCs w:val="0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Θα επανέλθουμε το συντομότερο δυνατό με σχετική Προσφορά, στην οποία θα περιγράφονται με σαφήνεια το εύρος της εργασίας, το παραδοτέο, ο χρόνος και το κόστος. </w:t>
      </w:r>
    </w:p>
    <w:p w:rsidR="00000000" w:rsidDel="00000000" w:rsidP="00000000" w:rsidRDefault="00000000" w:rsidRPr="00000000" w14:paraId="00000014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4"/>
        <w:tblpPr w:leftFromText="180" w:rightFromText="180" w:topFromText="180" w:bottomFromText="180" w:vertAnchor="text" w:horzAnchor="text" w:tblpX="14.000000000000057" w:tblpY="0"/>
        <w:tblW w:w="11548.0" w:type="dxa"/>
        <w:jc w:val="left"/>
        <w:tblLayout w:type="fixed"/>
        <w:tblLook w:val="0400"/>
      </w:tblPr>
      <w:tblGrid>
        <w:gridCol w:w="11548"/>
        <w:tblGridChange w:id="0">
          <w:tblGrid>
            <w:gridCol w:w="1154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d9d9d9" w:space="0" w:sz="7" w:val="single"/>
              <w:left w:color="d9d9d9" w:space="0" w:sz="7" w:val="single"/>
              <w:bottom w:color="d9d9d9" w:space="0" w:sz="7" w:val="single"/>
              <w:right w:color="d9d9d9" w:space="0" w:sz="7" w:val="single"/>
            </w:tcBorders>
            <w:shd w:fill="f7f7f7" w:val="clear"/>
            <w:tcMar>
              <w:top w:w="75.0" w:type="dxa"/>
              <w:bottom w:w="75.0" w:type="dxa"/>
            </w:tcMar>
          </w:tcPr>
          <w:p w:rsidR="00000000" w:rsidDel="00000000" w:rsidP="00000000" w:rsidRDefault="00000000" w:rsidRPr="00000000" w14:paraId="00000015">
            <w:pPr>
              <w:spacing w:after="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Έχω λάβει γνώση της Πολιτικής Απορρήτου και συμφωνώ να χρησιμοποιηθούν τα στοιχεία που υποβάλλω για την αξιολόγηση του αιτήματος, την επικοινωνία μαζί μου και την προετοιμασία της σχετικής Προσφοράς.</w:t>
            </w:r>
          </w:p>
        </w:tc>
      </w:tr>
    </w:tbl>
    <w:p w:rsidR="00000000" w:rsidDel="00000000" w:rsidP="00000000" w:rsidRDefault="00000000" w:rsidRPr="00000000" w14:paraId="00000016">
      <w:pPr>
        <w:spacing w:before="120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before="120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Παρακαλούμε συμπληρώστε, υπογράψτε, βάλτε ημερομηνία και στείλετε το παρόν στο e-mail </w:t>
      </w:r>
      <w:hyperlink r:id="rId7">
        <w:r w:rsidDel="00000000" w:rsidR="00000000" w:rsidRPr="00000000">
          <w:rPr>
            <w:b w:val="1"/>
            <w:bCs w:val="1"/>
            <w:color w:val="1155cc"/>
            <w:sz w:val="18"/>
            <w:szCs w:val="18"/>
            <w:u w:val="single"/>
            <w:rtl w:val="0"/>
          </w:rPr>
          <w:t xml:space="preserve">protoulisd@yahoo.com</w:t>
        </w:r>
      </w:hyperlink>
      <w:r w:rsidDel="00000000" w:rsidR="00000000" w:rsidRPr="00000000">
        <w:rPr>
          <w:rtl w:val="0"/>
        </w:rPr>
      </w:r>
    </w:p>
    <w:sdt>
      <w:sdtPr>
        <w:lock w:val="contentLocked"/>
        <w:id w:val="1839631367"/>
        <w:tag w:val="goog_rdk_0"/>
      </w:sdtPr>
      <w:sdtContent>
        <w:tbl>
          <w:tblPr>
            <w:tblStyle w:val="Table5"/>
            <w:tblW w:w="10426.0" w:type="dxa"/>
            <w:jc w:val="center"/>
            <w:tblLayout w:type="fixed"/>
            <w:tblLook w:val="0400"/>
          </w:tblPr>
          <w:tblGrid>
            <w:gridCol w:w="10426"/>
            <w:tblGridChange w:id="0">
              <w:tblGrid>
                <w:gridCol w:w="1042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d0d0d0" w:space="0" w:sz="5" w:val="single"/>
                  <w:left w:color="d0d0d0" w:space="0" w:sz="5" w:val="single"/>
                  <w:bottom w:color="d0d0d0" w:space="0" w:sz="5" w:val="single"/>
                  <w:right w:color="d0d0d0" w:space="0" w:sz="5" w:val="single"/>
                </w:tcBorders>
                <w:tcMar>
                  <w:top w:w="90.0" w:type="dxa"/>
                  <w:bottom w:w="90.0" w:type="dxa"/>
                </w:tcMar>
                <w:vAlign w:val="center"/>
              </w:tcPr>
              <w:p w:rsidR="00000000" w:rsidDel="00000000" w:rsidP="00000000" w:rsidRDefault="00000000" w:rsidRPr="00000000" w14:paraId="00000018">
                <w:pPr>
                  <w:spacing w:after="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color w:val="242424"/>
                    <w:rtl w:val="0"/>
                  </w:rPr>
                  <w:t xml:space="preserve">Υπογραφή                                                                                                                                     Ημερομηνία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9">
                <w:pPr>
                  <w:spacing w:after="0" w:before="2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A">
      <w:pPr>
        <w:spacing w:after="20" w:before="12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Rule="auto"/>
        <w:jc w:val="center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Ευχαριστούμε για το ενδιαφέρον σας!</w:t>
      </w:r>
    </w:p>
    <w:p w:rsidR="00000000" w:rsidDel="00000000" w:rsidP="00000000" w:rsidRDefault="00000000" w:rsidRPr="00000000" w14:paraId="0000001C">
      <w:pPr>
        <w:spacing w:after="0" w:lineRule="auto"/>
        <w:jc w:val="center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Θα επανέλθουμε το συντομότερο δυν</w:t>
      </w:r>
      <w:r w:rsidDel="00000000" w:rsidR="00000000" w:rsidRPr="00000000">
        <w:rPr>
          <w:i w:val="1"/>
          <w:iCs w:val="1"/>
          <w:rtl w:val="0"/>
        </w:rPr>
        <w:t xml:space="preserve">ατό.</w:t>
      </w:r>
    </w:p>
    <w:p w:rsidR="00000000" w:rsidDel="00000000" w:rsidP="00000000" w:rsidRDefault="00000000" w:rsidRPr="00000000" w14:paraId="0000001D">
      <w:pPr>
        <w:spacing w:after="0" w:lineRule="auto"/>
        <w:jc w:val="center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before="20" w:lineRule="auto"/>
        <w:jc w:val="righ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878787"/>
          <w:sz w:val="16"/>
          <w:szCs w:val="16"/>
          <w:rtl w:val="0"/>
        </w:rPr>
        <w:t xml:space="preserve">* Υποχρεωτικό πεδίο</w:t>
      </w:r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272" w:top="283" w:left="346" w:right="34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spacing w:after="200" w:line="276" w:lineRule="auto"/>
      <w:rPr/>
    </w:pPr>
    <w:r w:rsidDel="00000000" w:rsidR="00000000" w:rsidRPr="00000000">
      <w:rPr>
        <w:rtl w:val="0"/>
      </w:rPr>
      <w:t xml:space="preserve">                                                                                                                      </w:t>
    </w:r>
    <w:hyperlink r:id="rId1">
      <w:r w:rsidDel="00000000" w:rsidR="00000000" w:rsidRPr="00000000">
        <w:rPr>
          <w:color w:val="1155cc"/>
          <w:sz w:val="18"/>
          <w:szCs w:val="18"/>
          <w:u w:val="single"/>
          <w:rtl w:val="0"/>
        </w:rPr>
        <w:t xml:space="preserve">www.pleathora.com</w:t>
      </w:r>
    </w:hyperlink>
    <w:r w:rsidDel="00000000" w:rsidR="00000000" w:rsidRPr="00000000">
      <w:rPr>
        <w:sz w:val="18"/>
        <w:szCs w:val="18"/>
        <w:rtl w:val="0"/>
      </w:rPr>
      <w:t xml:space="preserve">  Β2Β  Πλατφόρμα Αγροδιατροφής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"/>
      </w:rPr>
    </w:rPrDefault>
    <w:pPrDefault>
      <w:pPr>
        <w:spacing w:after="4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protoulisd@yahoo.com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pleathor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CteRQkpImw4dLuEDe8c02X7Pgg==">CgMxLjAaHwoBMBIaChgICVIUChJ0YWJsZS4xYnNvZmQ4djZ4ZHM4AHIhMWhrZTdDOFB4Uk1MNDNyNVFLMTJRdVcwQ2xYSjN3a0FB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Pleathora</dc:creator>
</cp:coreProperties>
</file>