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 w:before="60" w:line="240" w:lineRule="auto"/>
        <w:jc w:val="center"/>
        <w:rPr>
          <w:sz w:val="28"/>
          <w:szCs w:val="28"/>
        </w:rPr>
      </w:pPr>
      <w:r w:rsidDel="00000000" w:rsidR="00000000" w:rsidRPr="00000000">
        <w:rPr>
          <w:rFonts w:ascii="Arial" w:cs="Arial" w:eastAsia="Arial" w:hAnsi="Arial"/>
          <w:b w:val="1"/>
          <w:bCs w:val="1"/>
          <w:i w:val="0"/>
          <w:iCs w:val="0"/>
          <w:color w:val="171717"/>
          <w:sz w:val="28"/>
          <w:szCs w:val="28"/>
          <w:rtl w:val="0"/>
        </w:rPr>
        <w:t xml:space="preserve">Αίτημα Προσφοράς – Ξεκινήστε Νέες Δουλειές</w:t>
      </w:r>
      <w:r w:rsidDel="00000000" w:rsidR="00000000" w:rsidRPr="00000000">
        <w:rPr>
          <w:rtl w:val="0"/>
        </w:rPr>
      </w:r>
    </w:p>
    <w:p w:rsidR="00000000" w:rsidDel="00000000" w:rsidP="00000000" w:rsidRDefault="00000000" w:rsidRPr="00000000" w14:paraId="00000002">
      <w:pPr>
        <w:spacing w:after="80" w:before="0" w:line="252.00000000000003" w:lineRule="auto"/>
        <w:jc w:val="center"/>
        <w:rPr>
          <w:i w:val="1"/>
          <w:iCs w:val="1"/>
          <w:color w:val="686868"/>
          <w:sz w:val="24"/>
          <w:szCs w:val="24"/>
        </w:rPr>
      </w:pPr>
      <w:r w:rsidDel="00000000" w:rsidR="00000000" w:rsidRPr="00000000">
        <w:rPr>
          <w:rFonts w:ascii="Arial" w:cs="Arial" w:eastAsia="Arial" w:hAnsi="Arial"/>
          <w:b w:val="0"/>
          <w:bCs w:val="0"/>
          <w:i w:val="1"/>
          <w:iCs w:val="1"/>
          <w:color w:val="686868"/>
          <w:sz w:val="20"/>
          <w:szCs w:val="20"/>
          <w:rtl w:val="0"/>
        </w:rPr>
        <w:t xml:space="preserve">Συμπληρώστε τα λίγα βασικά στοιχεία και θα επανέλθουμε με σχετική προσφορά το συντομότερο δυνατό</w:t>
      </w:r>
      <w:r w:rsidDel="00000000" w:rsidR="00000000" w:rsidRPr="00000000">
        <w:rPr>
          <w:rtl w:val="0"/>
        </w:rPr>
      </w:r>
    </w:p>
    <w:p w:rsidR="00000000" w:rsidDel="00000000" w:rsidP="00000000" w:rsidRDefault="00000000" w:rsidRPr="00000000" w14:paraId="00000003">
      <w:pPr>
        <w:spacing w:after="40" w:before="60" w:line="240" w:lineRule="auto"/>
        <w:rPr>
          <w:sz w:val="24"/>
          <w:szCs w:val="24"/>
        </w:rPr>
      </w:pPr>
      <w:r w:rsidDel="00000000" w:rsidR="00000000" w:rsidRPr="00000000">
        <w:rPr>
          <w:rFonts w:ascii="Arial" w:cs="Arial" w:eastAsia="Arial" w:hAnsi="Arial"/>
          <w:b w:val="1"/>
          <w:bCs w:val="1"/>
          <w:i w:val="0"/>
          <w:iCs w:val="0"/>
          <w:color w:val="202020"/>
          <w:sz w:val="24"/>
          <w:szCs w:val="24"/>
          <w:rtl w:val="0"/>
        </w:rPr>
        <w:t xml:space="preserve">1. Πώς θέλετε να ξεκινήσουμε</w:t>
      </w:r>
      <w:r w:rsidDel="00000000" w:rsidR="00000000" w:rsidRPr="00000000">
        <w:rPr>
          <w:rtl w:val="0"/>
        </w:rPr>
      </w:r>
    </w:p>
    <w:tbl>
      <w:tblPr>
        <w:tblStyle w:val="Table1"/>
        <w:tblW w:w="10426.0" w:type="dxa"/>
        <w:jc w:val="center"/>
        <w:tblLayout w:type="fixed"/>
        <w:tblLook w:val="0400"/>
      </w:tblPr>
      <w:tblGrid>
        <w:gridCol w:w="10426"/>
        <w:tblGridChange w:id="0">
          <w:tblGrid>
            <w:gridCol w:w="10426"/>
          </w:tblGrid>
        </w:tblGridChange>
      </w:tblGrid>
      <w:tr>
        <w:trPr>
          <w:cantSplit w:val="0"/>
          <w:tblHeader w:val="0"/>
        </w:trPr>
        <w:tc>
          <w:tcPr>
            <w:tcBorders>
              <w:top w:color="d0d0d0" w:space="0" w:sz="5" w:val="single"/>
              <w:left w:color="d0d0d0" w:space="0" w:sz="5" w:val="single"/>
              <w:bottom w:color="d0d0d0" w:space="0" w:sz="5" w:val="single"/>
              <w:right w:color="d0d0d0" w:space="0" w:sz="5" w:val="single"/>
            </w:tcBorders>
            <w:tcMar>
              <w:top w:w="70.0" w:type="dxa"/>
              <w:left w:w="100.0" w:type="dxa"/>
              <w:bottom w:w="70.0" w:type="dxa"/>
              <w:right w:w="100.0" w:type="dxa"/>
            </w:tcMar>
            <w:vAlign w:val="center"/>
          </w:tcPr>
          <w:p w:rsidR="00000000" w:rsidDel="00000000" w:rsidP="00000000" w:rsidRDefault="00000000" w:rsidRPr="00000000" w14:paraId="00000004">
            <w:pPr>
              <w:spacing w:after="0" w:before="0" w:line="240" w:lineRule="auto"/>
              <w:rPr>
                <w:sz w:val="20"/>
                <w:szCs w:val="20"/>
              </w:rPr>
            </w:pPr>
            <w:r w:rsidDel="00000000" w:rsidR="00000000" w:rsidRPr="00000000">
              <w:rPr>
                <w:rFonts w:ascii="Arial" w:cs="Arial" w:eastAsia="Arial" w:hAnsi="Arial"/>
                <w:b w:val="1"/>
                <w:bCs w:val="1"/>
                <w:i w:val="0"/>
                <w:iCs w:val="0"/>
                <w:color w:val="242424"/>
                <w:sz w:val="20"/>
                <w:szCs w:val="20"/>
                <w:rtl w:val="0"/>
              </w:rPr>
              <w:t xml:space="preserve">Τι σας ενδιαφέρει; *</w:t>
            </w:r>
            <w:r w:rsidDel="00000000" w:rsidR="00000000" w:rsidRPr="00000000">
              <w:rPr>
                <w:sz w:val="20"/>
                <w:szCs w:val="20"/>
                <w:rtl w:val="0"/>
              </w:rPr>
              <w:br w:type="textWrapping"/>
            </w:r>
            <w:r w:rsidDel="00000000" w:rsidR="00000000" w:rsidRPr="00000000">
              <w:rPr>
                <w:rFonts w:ascii="Arial" w:cs="Arial" w:eastAsia="Arial" w:hAnsi="Arial"/>
                <w:b w:val="1"/>
                <w:bCs w:val="1"/>
                <w:i w:val="0"/>
                <w:iCs w:val="0"/>
                <w:color w:val="242424"/>
                <w:sz w:val="20"/>
                <w:szCs w:val="20"/>
                <w:rtl w:val="0"/>
              </w:rPr>
              <w:t xml:space="preserve">☐ Να προσκαλέσουμε κατάλληλες επιχειρήσεις / φορείς στις εγκαταστάσεις μας</w:t>
              <w:br w:type="textWrapping"/>
              <w:t xml:space="preserve">☐ Να παρουσιάσουμε τη λύση μας σε κατάλληλη επιχείρηση</w:t>
            </w:r>
            <w:r w:rsidDel="00000000" w:rsidR="00000000" w:rsidRPr="00000000">
              <w:rPr>
                <w:sz w:val="20"/>
                <w:szCs w:val="20"/>
                <w:rtl w:val="0"/>
              </w:rPr>
              <w:br w:type="textWrapping"/>
            </w:r>
            <w:r w:rsidDel="00000000" w:rsidR="00000000" w:rsidRPr="00000000">
              <w:rPr>
                <w:rFonts w:ascii="Arial" w:cs="Arial" w:eastAsia="Arial" w:hAnsi="Arial"/>
                <w:b w:val="0"/>
                <w:bCs w:val="0"/>
                <w:i w:val="0"/>
                <w:iCs w:val="0"/>
                <w:color w:val="777777"/>
                <w:sz w:val="20"/>
                <w:szCs w:val="20"/>
                <w:rtl w:val="0"/>
              </w:rPr>
              <w:t xml:space="preserve">Στην ψηφιακή φόρμα εμφανίζονται στη συνέχεια μόνο τα πεδία που αφορούν την επιλογή σας.</w:t>
            </w:r>
            <w:r w:rsidDel="00000000" w:rsidR="00000000" w:rsidRPr="00000000">
              <w:rPr>
                <w:rtl w:val="0"/>
              </w:rPr>
            </w:r>
          </w:p>
        </w:tc>
      </w:tr>
    </w:tbl>
    <w:p w:rsidR="00000000" w:rsidDel="00000000" w:rsidP="00000000" w:rsidRDefault="00000000" w:rsidRPr="00000000" w14:paraId="00000005">
      <w:pPr>
        <w:spacing w:after="30" w:before="50" w:line="240" w:lineRule="auto"/>
        <w:rPr>
          <w:sz w:val="24"/>
          <w:szCs w:val="24"/>
        </w:rPr>
      </w:pPr>
      <w:r w:rsidDel="00000000" w:rsidR="00000000" w:rsidRPr="00000000">
        <w:rPr>
          <w:rFonts w:ascii="Arial" w:cs="Arial" w:eastAsia="Arial" w:hAnsi="Arial"/>
          <w:b w:val="1"/>
          <w:bCs w:val="1"/>
          <w:i w:val="0"/>
          <w:iCs w:val="0"/>
          <w:color w:val="202020"/>
          <w:sz w:val="24"/>
          <w:szCs w:val="24"/>
          <w:rtl w:val="0"/>
        </w:rPr>
        <w:t xml:space="preserve">2Α. Επίσκεψη στις εγκαταστάσεις σας</w:t>
      </w:r>
      <w:r w:rsidDel="00000000" w:rsidR="00000000" w:rsidRPr="00000000">
        <w:rPr>
          <w:rtl w:val="0"/>
        </w:rPr>
      </w:r>
    </w:p>
    <w:tbl>
      <w:tblPr>
        <w:tblStyle w:val="Table2"/>
        <w:tblW w:w="10426.0" w:type="dxa"/>
        <w:jc w:val="center"/>
        <w:tblLayout w:type="fixed"/>
        <w:tblLook w:val="0400"/>
      </w:tblPr>
      <w:tblGrid>
        <w:gridCol w:w="10426"/>
        <w:tblGridChange w:id="0">
          <w:tblGrid>
            <w:gridCol w:w="10426"/>
          </w:tblGrid>
        </w:tblGridChange>
      </w:tblGrid>
      <w:tr>
        <w:trPr>
          <w:cantSplit w:val="0"/>
          <w:tblHeader w:val="0"/>
        </w:trPr>
        <w:tc>
          <w:tcPr>
            <w:tcBorders>
              <w:top w:color="d0d0d0" w:space="0" w:sz="5" w:val="single"/>
              <w:left w:color="d0d0d0" w:space="0" w:sz="5" w:val="single"/>
              <w:bottom w:color="d0d0d0" w:space="0" w:sz="5" w:val="single"/>
              <w:right w:color="d0d0d0" w:space="0" w:sz="5" w:val="single"/>
            </w:tcBorders>
            <w:tcMar>
              <w:top w:w="70.0" w:type="dxa"/>
              <w:left w:w="100.0" w:type="dxa"/>
              <w:bottom w:w="70.0" w:type="dxa"/>
              <w:right w:w="100.0" w:type="dxa"/>
            </w:tcMar>
            <w:vAlign w:val="center"/>
          </w:tcPr>
          <w:p w:rsidR="00000000" w:rsidDel="00000000" w:rsidP="00000000" w:rsidRDefault="00000000" w:rsidRPr="00000000" w14:paraId="00000006">
            <w:pPr>
              <w:spacing w:after="0" w:before="0" w:line="240" w:lineRule="auto"/>
              <w:rPr>
                <w:sz w:val="20"/>
                <w:szCs w:val="20"/>
              </w:rPr>
            </w:pPr>
            <w:r w:rsidDel="00000000" w:rsidR="00000000" w:rsidRPr="00000000">
              <w:rPr>
                <w:rFonts w:ascii="Arial" w:cs="Arial" w:eastAsia="Arial" w:hAnsi="Arial"/>
                <w:b w:val="1"/>
                <w:bCs w:val="1"/>
                <w:i w:val="0"/>
                <w:iCs w:val="0"/>
                <w:color w:val="242424"/>
                <w:sz w:val="20"/>
                <w:szCs w:val="20"/>
                <w:rtl w:val="0"/>
              </w:rPr>
              <w:t xml:space="preserve">Τι θέλετε να παρουσιάσετε και τι θα θέλατε ιδανικά να προκύψει; *</w:t>
            </w:r>
            <w:r w:rsidDel="00000000" w:rsidR="00000000" w:rsidRPr="00000000">
              <w:rPr>
                <w:sz w:val="20"/>
                <w:szCs w:val="20"/>
                <w:rtl w:val="0"/>
              </w:rPr>
              <w:br w:type="textWrapping"/>
            </w:r>
            <w:r w:rsidDel="00000000" w:rsidR="00000000" w:rsidRPr="00000000">
              <w:rPr>
                <w:rFonts w:ascii="Arial" w:cs="Arial" w:eastAsia="Arial" w:hAnsi="Arial"/>
                <w:b w:val="0"/>
                <w:bCs w:val="0"/>
                <w:i w:val="0"/>
                <w:iCs w:val="0"/>
                <w:color w:val="999999"/>
                <w:sz w:val="20"/>
                <w:szCs w:val="20"/>
                <w:rtl w:val="0"/>
              </w:rPr>
              <w:t xml:space="preserve">Σύντομη περιγραφή της επιχείρησης / μονάδας και του στόχου, π.χ. νέος πελάτης, προμηθευτής, διανομή ή άλλ</w:t>
            </w:r>
            <w:r w:rsidDel="00000000" w:rsidR="00000000" w:rsidRPr="00000000">
              <w:rPr>
                <w:color w:val="999999"/>
                <w:sz w:val="20"/>
                <w:szCs w:val="20"/>
                <w:rtl w:val="0"/>
              </w:rPr>
              <w:t xml:space="preserve">o</w:t>
            </w:r>
            <w:r w:rsidDel="00000000" w:rsidR="00000000" w:rsidRPr="00000000">
              <w:rPr>
                <w:rFonts w:ascii="Arial" w:cs="Arial" w:eastAsia="Arial" w:hAnsi="Arial"/>
                <w:b w:val="0"/>
                <w:bCs w:val="0"/>
                <w:i w:val="0"/>
                <w:iCs w:val="0"/>
                <w:color w:val="999999"/>
                <w:sz w:val="20"/>
                <w:szCs w:val="20"/>
                <w:rtl w:val="0"/>
              </w:rPr>
              <w:t xml:space="preserve"> </w:t>
            </w:r>
            <w:r w:rsidDel="00000000" w:rsidR="00000000" w:rsidRPr="00000000">
              <w:rPr>
                <w:rtl w:val="0"/>
              </w:rPr>
            </w:r>
          </w:p>
        </w:tc>
      </w:tr>
      <w:tr>
        <w:trPr>
          <w:cantSplit w:val="0"/>
          <w:tblHeader w:val="0"/>
        </w:trPr>
        <w:tc>
          <w:tcPr>
            <w:tcBorders>
              <w:top w:color="d0d0d0" w:space="0" w:sz="5" w:val="single"/>
              <w:left w:color="d0d0d0" w:space="0" w:sz="5" w:val="single"/>
              <w:bottom w:color="d0d0d0" w:space="0" w:sz="5" w:val="single"/>
              <w:right w:color="d0d0d0" w:space="0" w:sz="5" w:val="single"/>
            </w:tcBorders>
            <w:tcMar>
              <w:top w:w="70.0" w:type="dxa"/>
              <w:left w:w="100.0" w:type="dxa"/>
              <w:bottom w:w="70.0" w:type="dxa"/>
              <w:right w:w="100.0" w:type="dxa"/>
            </w:tcMar>
            <w:vAlign w:val="center"/>
          </w:tcPr>
          <w:p w:rsidR="00000000" w:rsidDel="00000000" w:rsidP="00000000" w:rsidRDefault="00000000" w:rsidRPr="00000000" w14:paraId="00000007">
            <w:pPr>
              <w:spacing w:after="0" w:before="0" w:line="240" w:lineRule="auto"/>
              <w:rPr>
                <w:rFonts w:ascii="Arial" w:cs="Arial" w:eastAsia="Arial" w:hAnsi="Arial"/>
                <w:b w:val="1"/>
                <w:bCs w:val="1"/>
                <w:i w:val="0"/>
                <w:iCs w:val="0"/>
                <w:color w:val="242424"/>
                <w:sz w:val="20"/>
                <w:szCs w:val="20"/>
              </w:rPr>
            </w:pPr>
            <w:r w:rsidDel="00000000" w:rsidR="00000000" w:rsidRPr="00000000">
              <w:rPr>
                <w:rFonts w:ascii="Arial" w:cs="Arial" w:eastAsia="Arial" w:hAnsi="Arial"/>
                <w:b w:val="1"/>
                <w:bCs w:val="1"/>
                <w:i w:val="0"/>
                <w:iCs w:val="0"/>
                <w:color w:val="242424"/>
                <w:sz w:val="20"/>
                <w:szCs w:val="20"/>
                <w:rtl w:val="0"/>
              </w:rPr>
              <w:t xml:space="preserve">Έχετε συγκεκριμένες επιχειρήσεις / φορείς που θέλετε να προσκαλέσετε; *</w:t>
            </w:r>
            <w:r w:rsidDel="00000000" w:rsidR="00000000" w:rsidRPr="00000000">
              <w:rPr>
                <w:sz w:val="20"/>
                <w:szCs w:val="20"/>
                <w:rtl w:val="0"/>
              </w:rPr>
              <w:br w:type="textWrapping"/>
            </w:r>
            <w:sdt>
              <w:sdtPr>
                <w:id w:val="-151249332"/>
                <w:tag w:val="goog_rdk_0"/>
              </w:sdtPr>
              <w:sdtContent>
                <w:r w:rsidDel="00000000" w:rsidR="00000000" w:rsidRPr="00000000">
                  <w:rPr>
                    <w:rFonts w:ascii="Arial Unicode MS" w:cs="Arial Unicode MS" w:eastAsia="Arial Unicode MS" w:hAnsi="Arial Unicode MS"/>
                    <w:b w:val="1"/>
                    <w:bCs w:val="1"/>
                    <w:i w:val="0"/>
                    <w:iCs w:val="0"/>
                    <w:color w:val="242424"/>
                    <w:sz w:val="20"/>
                    <w:szCs w:val="20"/>
                    <w:rtl w:val="0"/>
                  </w:rPr>
                  <w:t xml:space="preserve">☐ Ναι → Επωνυμία / επωνυμίες: ____________________   </w:t>
                </w:r>
              </w:sdtContent>
            </w:sdt>
          </w:p>
          <w:p w:rsidR="00000000" w:rsidDel="00000000" w:rsidP="00000000" w:rsidRDefault="00000000" w:rsidRPr="00000000" w14:paraId="00000008">
            <w:pPr>
              <w:spacing w:after="0" w:before="0" w:line="240" w:lineRule="auto"/>
              <w:rPr>
                <w:sz w:val="20"/>
                <w:szCs w:val="20"/>
              </w:rPr>
            </w:pPr>
            <w:r w:rsidDel="00000000" w:rsidR="00000000" w:rsidRPr="00000000">
              <w:rPr>
                <w:rFonts w:ascii="Arial" w:cs="Arial" w:eastAsia="Arial" w:hAnsi="Arial"/>
                <w:b w:val="1"/>
                <w:bCs w:val="1"/>
                <w:i w:val="0"/>
                <w:iCs w:val="0"/>
                <w:color w:val="242424"/>
                <w:sz w:val="20"/>
                <w:szCs w:val="20"/>
                <w:rtl w:val="0"/>
              </w:rPr>
              <w:t xml:space="preserve">☐ Όχι — θέλω η Pleathora να προτείνει κατάλληλες επιχειρήσεις / φορείς</w:t>
            </w:r>
            <w:r w:rsidDel="00000000" w:rsidR="00000000" w:rsidRPr="00000000">
              <w:rPr>
                <w:sz w:val="20"/>
                <w:szCs w:val="20"/>
                <w:rtl w:val="0"/>
              </w:rPr>
              <w:br w:type="textWrapping"/>
            </w:r>
            <w:r w:rsidDel="00000000" w:rsidR="00000000" w:rsidRPr="00000000">
              <w:rPr>
                <w:rFonts w:ascii="Arial" w:cs="Arial" w:eastAsia="Arial" w:hAnsi="Arial"/>
                <w:b w:val="0"/>
                <w:bCs w:val="0"/>
                <w:i w:val="0"/>
                <w:iCs w:val="0"/>
                <w:color w:val="999999"/>
                <w:sz w:val="20"/>
                <w:szCs w:val="20"/>
                <w:rtl w:val="0"/>
              </w:rPr>
              <w:t xml:space="preserve">Εγκατάσταση / περιοχή επίσκεψης: ____________________</w:t>
            </w:r>
            <w:r w:rsidDel="00000000" w:rsidR="00000000" w:rsidRPr="00000000">
              <w:rPr>
                <w:rtl w:val="0"/>
              </w:rPr>
            </w:r>
          </w:p>
        </w:tc>
      </w:tr>
    </w:tbl>
    <w:p w:rsidR="00000000" w:rsidDel="00000000" w:rsidP="00000000" w:rsidRDefault="00000000" w:rsidRPr="00000000" w14:paraId="00000009">
      <w:pPr>
        <w:spacing w:after="30" w:before="50" w:line="240" w:lineRule="auto"/>
        <w:rPr>
          <w:sz w:val="24"/>
          <w:szCs w:val="24"/>
        </w:rPr>
      </w:pPr>
      <w:r w:rsidDel="00000000" w:rsidR="00000000" w:rsidRPr="00000000">
        <w:rPr>
          <w:rFonts w:ascii="Arial" w:cs="Arial" w:eastAsia="Arial" w:hAnsi="Arial"/>
          <w:b w:val="1"/>
          <w:bCs w:val="1"/>
          <w:i w:val="0"/>
          <w:iCs w:val="0"/>
          <w:color w:val="202020"/>
          <w:sz w:val="24"/>
          <w:szCs w:val="24"/>
          <w:rtl w:val="0"/>
        </w:rPr>
        <w:t xml:space="preserve">2Β. Επίδειξη της λύσης σας</w:t>
      </w:r>
      <w:r w:rsidDel="00000000" w:rsidR="00000000" w:rsidRPr="00000000">
        <w:rPr>
          <w:rtl w:val="0"/>
        </w:rPr>
      </w:r>
    </w:p>
    <w:tbl>
      <w:tblPr>
        <w:tblStyle w:val="Table3"/>
        <w:tblW w:w="10455.0" w:type="dxa"/>
        <w:jc w:val="center"/>
        <w:tblLayout w:type="fixed"/>
        <w:tblLook w:val="0400"/>
      </w:tblPr>
      <w:tblGrid>
        <w:gridCol w:w="10455"/>
        <w:tblGridChange w:id="0">
          <w:tblGrid>
            <w:gridCol w:w="10455"/>
          </w:tblGrid>
        </w:tblGridChange>
      </w:tblGrid>
      <w:tr>
        <w:trPr>
          <w:cantSplit w:val="0"/>
          <w:tblHeader w:val="0"/>
        </w:trPr>
        <w:tc>
          <w:tcPr>
            <w:tcBorders>
              <w:top w:color="d0d0d0" w:space="0" w:sz="5" w:val="single"/>
              <w:left w:color="d0d0d0" w:space="0" w:sz="5" w:val="single"/>
              <w:bottom w:color="d0d0d0" w:space="0" w:sz="5" w:val="single"/>
              <w:right w:color="d0d0d0" w:space="0" w:sz="5" w:val="single"/>
            </w:tcBorders>
            <w:tcMar>
              <w:top w:w="70.0" w:type="dxa"/>
              <w:left w:w="100.0" w:type="dxa"/>
              <w:bottom w:w="70.0" w:type="dxa"/>
              <w:right w:w="100.0" w:type="dxa"/>
            </w:tcMar>
            <w:vAlign w:val="center"/>
          </w:tcPr>
          <w:p w:rsidR="00000000" w:rsidDel="00000000" w:rsidP="00000000" w:rsidRDefault="00000000" w:rsidRPr="00000000" w14:paraId="0000000A">
            <w:pPr>
              <w:spacing w:after="0" w:before="0" w:line="240" w:lineRule="auto"/>
              <w:rPr>
                <w:color w:val="999999"/>
                <w:sz w:val="20"/>
                <w:szCs w:val="20"/>
              </w:rPr>
            </w:pPr>
            <w:r w:rsidDel="00000000" w:rsidR="00000000" w:rsidRPr="00000000">
              <w:rPr>
                <w:rFonts w:ascii="Arial" w:cs="Arial" w:eastAsia="Arial" w:hAnsi="Arial"/>
                <w:b w:val="1"/>
                <w:bCs w:val="1"/>
                <w:i w:val="0"/>
                <w:iCs w:val="0"/>
                <w:color w:val="242424"/>
                <w:sz w:val="20"/>
                <w:szCs w:val="20"/>
                <w:rtl w:val="0"/>
              </w:rPr>
              <w:t xml:space="preserve">Ποια λύση θέλετε να παρουσιάσετε και τι ανάγκη λύνει; *</w:t>
            </w:r>
            <w:r w:rsidDel="00000000" w:rsidR="00000000" w:rsidRPr="00000000">
              <w:rPr>
                <w:sz w:val="20"/>
                <w:szCs w:val="20"/>
                <w:rtl w:val="0"/>
              </w:rPr>
              <w:br w:type="textWrapping"/>
            </w:r>
            <w:r w:rsidDel="00000000" w:rsidR="00000000" w:rsidRPr="00000000">
              <w:rPr>
                <w:color w:val="999999"/>
                <w:sz w:val="20"/>
                <w:szCs w:val="20"/>
                <w:rtl w:val="0"/>
              </w:rPr>
              <w:t xml:space="preserve">εξοπλισμού,  λογισμικού, υλικού ή άλλης υπηρεσίας</w:t>
            </w:r>
            <w:r w:rsidDel="00000000" w:rsidR="00000000" w:rsidRPr="00000000">
              <w:rPr>
                <w:rtl w:val="0"/>
              </w:rPr>
            </w:r>
          </w:p>
        </w:tc>
      </w:tr>
      <w:tr>
        <w:trPr>
          <w:cantSplit w:val="0"/>
          <w:tblHeader w:val="0"/>
        </w:trPr>
        <w:tc>
          <w:tcPr>
            <w:tcBorders>
              <w:top w:color="d0d0d0" w:space="0" w:sz="5" w:val="single"/>
              <w:left w:color="d0d0d0" w:space="0" w:sz="5" w:val="single"/>
              <w:bottom w:color="d0d0d0" w:space="0" w:sz="5" w:val="single"/>
              <w:right w:color="d0d0d0" w:space="0" w:sz="5" w:val="single"/>
            </w:tcBorders>
            <w:tcMar>
              <w:top w:w="70.0" w:type="dxa"/>
              <w:left w:w="100.0" w:type="dxa"/>
              <w:bottom w:w="70.0" w:type="dxa"/>
              <w:right w:w="100.0" w:type="dxa"/>
            </w:tcMar>
            <w:vAlign w:val="center"/>
          </w:tcPr>
          <w:p w:rsidR="00000000" w:rsidDel="00000000" w:rsidP="00000000" w:rsidRDefault="00000000" w:rsidRPr="00000000" w14:paraId="0000000B">
            <w:pPr>
              <w:spacing w:after="0" w:before="0" w:line="240" w:lineRule="auto"/>
              <w:rPr>
                <w:rFonts w:ascii="Arial" w:cs="Arial" w:eastAsia="Arial" w:hAnsi="Arial"/>
                <w:b w:val="1"/>
                <w:bCs w:val="1"/>
                <w:i w:val="0"/>
                <w:iCs w:val="0"/>
                <w:color w:val="242424"/>
                <w:sz w:val="20"/>
                <w:szCs w:val="20"/>
              </w:rPr>
            </w:pPr>
            <w:r w:rsidDel="00000000" w:rsidR="00000000" w:rsidRPr="00000000">
              <w:rPr>
                <w:rFonts w:ascii="Arial" w:cs="Arial" w:eastAsia="Arial" w:hAnsi="Arial"/>
                <w:b w:val="1"/>
                <w:bCs w:val="1"/>
                <w:i w:val="0"/>
                <w:iCs w:val="0"/>
                <w:color w:val="242424"/>
                <w:sz w:val="20"/>
                <w:szCs w:val="20"/>
                <w:rtl w:val="0"/>
              </w:rPr>
              <w:t xml:space="preserve">Έχετε συγκεκριμένη επιχείρηση που σας ενδιαφέρει; *</w:t>
            </w:r>
            <w:r w:rsidDel="00000000" w:rsidR="00000000" w:rsidRPr="00000000">
              <w:rPr>
                <w:sz w:val="20"/>
                <w:szCs w:val="20"/>
                <w:rtl w:val="0"/>
              </w:rPr>
              <w:br w:type="textWrapping"/>
            </w:r>
            <w:sdt>
              <w:sdtPr>
                <w:id w:val="-1872973880"/>
                <w:tag w:val="goog_rdk_1"/>
              </w:sdtPr>
              <w:sdtContent>
                <w:r w:rsidDel="00000000" w:rsidR="00000000" w:rsidRPr="00000000">
                  <w:rPr>
                    <w:rFonts w:ascii="Arial Unicode MS" w:cs="Arial Unicode MS" w:eastAsia="Arial Unicode MS" w:hAnsi="Arial Unicode MS"/>
                    <w:b w:val="1"/>
                    <w:bCs w:val="1"/>
                    <w:i w:val="0"/>
                    <w:iCs w:val="0"/>
                    <w:color w:val="242424"/>
                    <w:sz w:val="20"/>
                    <w:szCs w:val="20"/>
                    <w:rtl w:val="0"/>
                  </w:rPr>
                  <w:t xml:space="preserve">☐ Ναι → Επωνυμία: ____________________    </w:t>
                </w:r>
              </w:sdtContent>
            </w:sdt>
          </w:p>
          <w:p w:rsidR="00000000" w:rsidDel="00000000" w:rsidP="00000000" w:rsidRDefault="00000000" w:rsidRPr="00000000" w14:paraId="0000000C">
            <w:pPr>
              <w:spacing w:after="0" w:before="0" w:line="240" w:lineRule="auto"/>
              <w:rPr>
                <w:sz w:val="20"/>
                <w:szCs w:val="20"/>
              </w:rPr>
            </w:pPr>
            <w:r w:rsidDel="00000000" w:rsidR="00000000" w:rsidRPr="00000000">
              <w:rPr>
                <w:rFonts w:ascii="Arial" w:cs="Arial" w:eastAsia="Arial" w:hAnsi="Arial"/>
                <w:b w:val="1"/>
                <w:bCs w:val="1"/>
                <w:i w:val="0"/>
                <w:iCs w:val="0"/>
                <w:color w:val="242424"/>
                <w:sz w:val="20"/>
                <w:szCs w:val="20"/>
                <w:rtl w:val="0"/>
              </w:rPr>
              <w:t xml:space="preserve">☐ Όχι — θέλω η Pleathora να προτείνει κατάλληλη επιχείρηση</w:t>
            </w:r>
            <w:r w:rsidDel="00000000" w:rsidR="00000000" w:rsidRPr="00000000">
              <w:rPr>
                <w:sz w:val="20"/>
                <w:szCs w:val="20"/>
                <w:rtl w:val="0"/>
              </w:rPr>
              <w:br w:type="textWrapping"/>
            </w:r>
          </w:p>
          <w:p w:rsidR="00000000" w:rsidDel="00000000" w:rsidP="00000000" w:rsidRDefault="00000000" w:rsidRPr="00000000" w14:paraId="0000000D">
            <w:pPr>
              <w:spacing w:after="0" w:before="0" w:line="240" w:lineRule="auto"/>
              <w:rPr>
                <w:sz w:val="20"/>
                <w:szCs w:val="20"/>
              </w:rPr>
            </w:pPr>
            <w:r w:rsidDel="00000000" w:rsidR="00000000" w:rsidRPr="00000000">
              <w:rPr>
                <w:b w:val="1"/>
                <w:bCs w:val="1"/>
                <w:i w:val="0"/>
                <w:iCs w:val="0"/>
                <w:sz w:val="20"/>
                <w:szCs w:val="20"/>
                <w:rtl w:val="0"/>
              </w:rPr>
              <w:t xml:space="preserve">Τρόπος επίδειξης</w:t>
            </w:r>
            <w:r w:rsidDel="00000000" w:rsidR="00000000" w:rsidRPr="00000000">
              <w:rPr>
                <w:rFonts w:ascii="Arial" w:cs="Arial" w:eastAsia="Arial" w:hAnsi="Arial"/>
                <w:b w:val="0"/>
                <w:bCs w:val="0"/>
                <w:i w:val="0"/>
                <w:iCs w:val="0"/>
                <w:sz w:val="20"/>
                <w:szCs w:val="20"/>
                <w:rtl w:val="0"/>
              </w:rPr>
              <w:t xml:space="preserve">: ☐ Στις εγκαταστάσεις της επιχείρησης    ☐ Στον χώρο μας / χώρο επίδειξης   ☐ Άλλο</w:t>
            </w:r>
            <w:r w:rsidDel="00000000" w:rsidR="00000000" w:rsidRPr="00000000">
              <w:rPr>
                <w:rtl w:val="0"/>
              </w:rPr>
            </w:r>
          </w:p>
        </w:tc>
      </w:tr>
    </w:tbl>
    <w:p w:rsidR="00000000" w:rsidDel="00000000" w:rsidP="00000000" w:rsidRDefault="00000000" w:rsidRPr="00000000" w14:paraId="0000000E">
      <w:pPr>
        <w:spacing w:after="30" w:before="50" w:line="240" w:lineRule="auto"/>
        <w:rPr>
          <w:sz w:val="24"/>
          <w:szCs w:val="24"/>
        </w:rPr>
      </w:pPr>
      <w:r w:rsidDel="00000000" w:rsidR="00000000" w:rsidRPr="00000000">
        <w:rPr>
          <w:rFonts w:ascii="Arial" w:cs="Arial" w:eastAsia="Arial" w:hAnsi="Arial"/>
          <w:b w:val="1"/>
          <w:bCs w:val="1"/>
          <w:i w:val="0"/>
          <w:iCs w:val="0"/>
          <w:color w:val="202020"/>
          <w:sz w:val="24"/>
          <w:szCs w:val="24"/>
          <w:rtl w:val="0"/>
        </w:rPr>
        <w:t xml:space="preserve">3. Πότε σας ενδιαφέρει</w:t>
      </w:r>
      <w:r w:rsidDel="00000000" w:rsidR="00000000" w:rsidRPr="00000000">
        <w:rPr>
          <w:rtl w:val="0"/>
        </w:rPr>
      </w:r>
    </w:p>
    <w:tbl>
      <w:tblPr>
        <w:tblStyle w:val="Table4"/>
        <w:tblW w:w="10426.0" w:type="dxa"/>
        <w:jc w:val="center"/>
        <w:tblLayout w:type="fixed"/>
        <w:tblLook w:val="0400"/>
      </w:tblPr>
      <w:tblGrid>
        <w:gridCol w:w="10426"/>
        <w:tblGridChange w:id="0">
          <w:tblGrid>
            <w:gridCol w:w="10426"/>
          </w:tblGrid>
        </w:tblGridChange>
      </w:tblGrid>
      <w:tr>
        <w:trPr>
          <w:cantSplit w:val="0"/>
          <w:tblHeader w:val="0"/>
        </w:trPr>
        <w:tc>
          <w:tcPr>
            <w:tcBorders>
              <w:top w:color="d0d0d0" w:space="0" w:sz="5" w:val="single"/>
              <w:left w:color="d0d0d0" w:space="0" w:sz="5" w:val="single"/>
              <w:bottom w:color="d0d0d0" w:space="0" w:sz="5" w:val="single"/>
              <w:right w:color="d0d0d0" w:space="0" w:sz="5" w:val="single"/>
            </w:tcBorders>
            <w:tcMar>
              <w:top w:w="70.0" w:type="dxa"/>
              <w:left w:w="100.0" w:type="dxa"/>
              <w:bottom w:w="70.0" w:type="dxa"/>
              <w:right w:w="100.0" w:type="dxa"/>
            </w:tcMar>
            <w:vAlign w:val="center"/>
          </w:tcPr>
          <w:p w:rsidR="00000000" w:rsidDel="00000000" w:rsidP="00000000" w:rsidRDefault="00000000" w:rsidRPr="00000000" w14:paraId="0000000F">
            <w:pPr>
              <w:spacing w:after="0" w:before="0" w:line="240" w:lineRule="auto"/>
              <w:rPr>
                <w:sz w:val="20"/>
                <w:szCs w:val="20"/>
              </w:rPr>
            </w:pPr>
            <w:r w:rsidDel="00000000" w:rsidR="00000000" w:rsidRPr="00000000">
              <w:rPr>
                <w:rFonts w:ascii="Arial" w:cs="Arial" w:eastAsia="Arial" w:hAnsi="Arial"/>
                <w:b w:val="1"/>
                <w:bCs w:val="1"/>
                <w:i w:val="0"/>
                <w:iCs w:val="0"/>
                <w:color w:val="242424"/>
                <w:sz w:val="20"/>
                <w:szCs w:val="20"/>
                <w:rtl w:val="0"/>
              </w:rPr>
              <w:t xml:space="preserve">Προτιμώμενη περίοδος *</w:t>
            </w:r>
            <w:r w:rsidDel="00000000" w:rsidR="00000000" w:rsidRPr="00000000">
              <w:rPr>
                <w:sz w:val="20"/>
                <w:szCs w:val="20"/>
                <w:rtl w:val="0"/>
              </w:rPr>
              <w:br w:type="textWrapping"/>
            </w:r>
            <w:r w:rsidDel="00000000" w:rsidR="00000000" w:rsidRPr="00000000">
              <w:rPr>
                <w:rFonts w:ascii="Arial" w:cs="Arial" w:eastAsia="Arial" w:hAnsi="Arial"/>
                <w:b w:val="0"/>
                <w:bCs w:val="0"/>
                <w:i w:val="0"/>
                <w:iCs w:val="0"/>
                <w:color w:val="999999"/>
                <w:sz w:val="20"/>
                <w:szCs w:val="20"/>
                <w:rtl w:val="0"/>
              </w:rPr>
              <w:t xml:space="preserve">π.χ. 10–20 Σεπτεμβρίου 2026 ή «εντός Οκτωβρίου».</w:t>
            </w:r>
            <w:r w:rsidDel="00000000" w:rsidR="00000000" w:rsidRPr="00000000">
              <w:rPr>
                <w:rtl w:val="0"/>
              </w:rPr>
            </w:r>
          </w:p>
        </w:tc>
      </w:tr>
    </w:tbl>
    <w:p w:rsidR="00000000" w:rsidDel="00000000" w:rsidP="00000000" w:rsidRDefault="00000000" w:rsidRPr="00000000" w14:paraId="00000010">
      <w:pPr>
        <w:spacing w:after="10" w:before="50" w:line="240" w:lineRule="auto"/>
        <w:rPr>
          <w:sz w:val="20"/>
          <w:szCs w:val="20"/>
        </w:rPr>
      </w:pPr>
      <w:r w:rsidDel="00000000" w:rsidR="00000000" w:rsidRPr="00000000">
        <w:rPr>
          <w:rFonts w:ascii="Arial" w:cs="Arial" w:eastAsia="Arial" w:hAnsi="Arial"/>
          <w:b w:val="1"/>
          <w:bCs w:val="1"/>
          <w:i w:val="0"/>
          <w:iCs w:val="0"/>
          <w:color w:val="202020"/>
          <w:sz w:val="24"/>
          <w:szCs w:val="24"/>
          <w:rtl w:val="0"/>
        </w:rPr>
        <w:t xml:space="preserve">4. Στοιχεία επικοινωνίας</w:t>
      </w:r>
      <w:r w:rsidDel="00000000" w:rsidR="00000000" w:rsidRPr="00000000">
        <w:rPr>
          <w:rtl w:val="0"/>
        </w:rPr>
      </w:r>
    </w:p>
    <w:tbl>
      <w:tblPr>
        <w:tblStyle w:val="Table5"/>
        <w:tblW w:w="10426.0" w:type="dxa"/>
        <w:jc w:val="center"/>
        <w:tblLayout w:type="fixed"/>
        <w:tblLook w:val="0400"/>
      </w:tblPr>
      <w:tblGrid>
        <w:gridCol w:w="5213"/>
        <w:gridCol w:w="5213"/>
        <w:tblGridChange w:id="0">
          <w:tblGrid>
            <w:gridCol w:w="5213"/>
            <w:gridCol w:w="5213"/>
          </w:tblGrid>
        </w:tblGridChange>
      </w:tblGrid>
      <w:tr>
        <w:trPr>
          <w:cantSplit w:val="0"/>
          <w:tblHeader w:val="0"/>
        </w:trPr>
        <w:tc>
          <w:tcPr>
            <w:tcBorders>
              <w:top w:color="d0d0d0" w:space="0" w:sz="5" w:val="single"/>
              <w:left w:color="d0d0d0" w:space="0" w:sz="5" w:val="single"/>
              <w:bottom w:color="d0d0d0" w:space="0" w:sz="5" w:val="single"/>
              <w:right w:color="d0d0d0" w:space="0" w:sz="5" w:val="single"/>
            </w:tcBorders>
            <w:tcMar>
              <w:top w:w="70.0" w:type="dxa"/>
              <w:left w:w="100.0" w:type="dxa"/>
              <w:bottom w:w="70.0" w:type="dxa"/>
              <w:right w:w="100.0" w:type="dxa"/>
            </w:tcMar>
            <w:vAlign w:val="center"/>
          </w:tcPr>
          <w:p w:rsidR="00000000" w:rsidDel="00000000" w:rsidP="00000000" w:rsidRDefault="00000000" w:rsidRPr="00000000" w14:paraId="00000011">
            <w:pPr>
              <w:spacing w:after="0" w:before="0" w:line="240" w:lineRule="auto"/>
              <w:rPr>
                <w:sz w:val="20"/>
                <w:szCs w:val="20"/>
              </w:rPr>
            </w:pPr>
            <w:r w:rsidDel="00000000" w:rsidR="00000000" w:rsidRPr="00000000">
              <w:rPr>
                <w:rFonts w:ascii="Arial" w:cs="Arial" w:eastAsia="Arial" w:hAnsi="Arial"/>
                <w:b w:val="1"/>
                <w:bCs w:val="1"/>
                <w:i w:val="0"/>
                <w:iCs w:val="0"/>
                <w:color w:val="242424"/>
                <w:sz w:val="20"/>
                <w:szCs w:val="20"/>
                <w:rtl w:val="0"/>
              </w:rPr>
              <w:t xml:space="preserve">Ονοματεπώνυμο *</w:t>
            </w:r>
            <w:r w:rsidDel="00000000" w:rsidR="00000000" w:rsidRPr="00000000">
              <w:rPr>
                <w:sz w:val="20"/>
                <w:szCs w:val="20"/>
                <w:rtl w:val="0"/>
              </w:rPr>
              <w:br w:type="textWrapping"/>
            </w:r>
            <w:r w:rsidDel="00000000" w:rsidR="00000000" w:rsidRPr="00000000">
              <w:rPr>
                <w:rFonts w:ascii="Arial" w:cs="Arial" w:eastAsia="Arial" w:hAnsi="Arial"/>
                <w:b w:val="0"/>
                <w:bCs w:val="0"/>
                <w:i w:val="0"/>
                <w:iCs w:val="0"/>
                <w:color w:val="999999"/>
                <w:sz w:val="20"/>
                <w:szCs w:val="20"/>
                <w:rtl w:val="0"/>
              </w:rPr>
              <w:t xml:space="preserve">π.χ. Γιώργος Παπάς</w:t>
            </w:r>
            <w:r w:rsidDel="00000000" w:rsidR="00000000" w:rsidRPr="00000000">
              <w:rPr>
                <w:rtl w:val="0"/>
              </w:rPr>
            </w:r>
          </w:p>
        </w:tc>
        <w:tc>
          <w:tcPr>
            <w:tcBorders>
              <w:top w:color="d0d0d0" w:space="0" w:sz="5" w:val="single"/>
              <w:left w:color="d0d0d0" w:space="0" w:sz="5" w:val="single"/>
              <w:bottom w:color="d0d0d0" w:space="0" w:sz="5" w:val="single"/>
              <w:right w:color="d0d0d0" w:space="0" w:sz="5" w:val="single"/>
            </w:tcBorders>
            <w:tcMar>
              <w:top w:w="70.0" w:type="dxa"/>
              <w:left w:w="100.0" w:type="dxa"/>
              <w:bottom w:w="70.0" w:type="dxa"/>
              <w:right w:w="100.0" w:type="dxa"/>
            </w:tcMar>
            <w:vAlign w:val="center"/>
          </w:tcPr>
          <w:p w:rsidR="00000000" w:rsidDel="00000000" w:rsidP="00000000" w:rsidRDefault="00000000" w:rsidRPr="00000000" w14:paraId="00000012">
            <w:pPr>
              <w:spacing w:after="0" w:before="0" w:line="240" w:lineRule="auto"/>
              <w:rPr>
                <w:sz w:val="20"/>
                <w:szCs w:val="20"/>
              </w:rPr>
            </w:pPr>
            <w:r w:rsidDel="00000000" w:rsidR="00000000" w:rsidRPr="00000000">
              <w:rPr>
                <w:rFonts w:ascii="Arial" w:cs="Arial" w:eastAsia="Arial" w:hAnsi="Arial"/>
                <w:b w:val="1"/>
                <w:bCs w:val="1"/>
                <w:i w:val="0"/>
                <w:iCs w:val="0"/>
                <w:color w:val="242424"/>
                <w:sz w:val="20"/>
                <w:szCs w:val="20"/>
                <w:rtl w:val="0"/>
              </w:rPr>
              <w:t xml:space="preserve">Επιχείρηση / Οργανισμός *</w:t>
            </w:r>
            <w:r w:rsidDel="00000000" w:rsidR="00000000" w:rsidRPr="00000000">
              <w:rPr>
                <w:sz w:val="20"/>
                <w:szCs w:val="20"/>
                <w:rtl w:val="0"/>
              </w:rPr>
              <w:br w:type="textWrapping"/>
            </w:r>
            <w:r w:rsidDel="00000000" w:rsidR="00000000" w:rsidRPr="00000000">
              <w:rPr>
                <w:rFonts w:ascii="Arial" w:cs="Arial" w:eastAsia="Arial" w:hAnsi="Arial"/>
                <w:b w:val="0"/>
                <w:bCs w:val="0"/>
                <w:i w:val="0"/>
                <w:iCs w:val="0"/>
                <w:color w:val="999999"/>
                <w:sz w:val="20"/>
                <w:szCs w:val="20"/>
                <w:rtl w:val="0"/>
              </w:rPr>
              <w:t xml:space="preserve">π.χ. Example Foods IKE</w:t>
            </w:r>
            <w:r w:rsidDel="00000000" w:rsidR="00000000" w:rsidRPr="00000000">
              <w:rPr>
                <w:rtl w:val="0"/>
              </w:rPr>
            </w:r>
          </w:p>
        </w:tc>
      </w:tr>
      <w:tr>
        <w:trPr>
          <w:cantSplit w:val="0"/>
          <w:tblHeader w:val="0"/>
        </w:trPr>
        <w:tc>
          <w:tcPr>
            <w:tcBorders>
              <w:top w:color="d0d0d0" w:space="0" w:sz="5" w:val="single"/>
              <w:left w:color="d0d0d0" w:space="0" w:sz="5" w:val="single"/>
              <w:bottom w:color="d0d0d0" w:space="0" w:sz="5" w:val="single"/>
              <w:right w:color="d0d0d0" w:space="0" w:sz="5" w:val="single"/>
            </w:tcBorders>
            <w:tcMar>
              <w:top w:w="70.0" w:type="dxa"/>
              <w:left w:w="100.0" w:type="dxa"/>
              <w:bottom w:w="70.0" w:type="dxa"/>
              <w:right w:w="100.0" w:type="dxa"/>
            </w:tcMar>
            <w:vAlign w:val="center"/>
          </w:tcPr>
          <w:p w:rsidR="00000000" w:rsidDel="00000000" w:rsidP="00000000" w:rsidRDefault="00000000" w:rsidRPr="00000000" w14:paraId="00000013">
            <w:pPr>
              <w:spacing w:after="0" w:before="0" w:line="240" w:lineRule="auto"/>
              <w:rPr>
                <w:sz w:val="20"/>
                <w:szCs w:val="20"/>
              </w:rPr>
            </w:pPr>
            <w:r w:rsidDel="00000000" w:rsidR="00000000" w:rsidRPr="00000000">
              <w:rPr>
                <w:rFonts w:ascii="Arial" w:cs="Arial" w:eastAsia="Arial" w:hAnsi="Arial"/>
                <w:b w:val="1"/>
                <w:bCs w:val="1"/>
                <w:i w:val="0"/>
                <w:iCs w:val="0"/>
                <w:color w:val="242424"/>
                <w:sz w:val="20"/>
                <w:szCs w:val="20"/>
                <w:rtl w:val="0"/>
              </w:rPr>
              <w:t xml:space="preserve">Email *</w:t>
            </w:r>
            <w:r w:rsidDel="00000000" w:rsidR="00000000" w:rsidRPr="00000000">
              <w:rPr>
                <w:sz w:val="20"/>
                <w:szCs w:val="20"/>
                <w:rtl w:val="0"/>
              </w:rPr>
              <w:br w:type="textWrapping"/>
            </w:r>
            <w:r w:rsidDel="00000000" w:rsidR="00000000" w:rsidRPr="00000000">
              <w:rPr>
                <w:rFonts w:ascii="Arial" w:cs="Arial" w:eastAsia="Arial" w:hAnsi="Arial"/>
                <w:b w:val="0"/>
                <w:bCs w:val="0"/>
                <w:i w:val="0"/>
                <w:iCs w:val="0"/>
                <w:color w:val="999999"/>
                <w:sz w:val="20"/>
                <w:szCs w:val="20"/>
                <w:rtl w:val="0"/>
              </w:rPr>
              <w:t xml:space="preserve">email@example.com</w:t>
            </w:r>
            <w:r w:rsidDel="00000000" w:rsidR="00000000" w:rsidRPr="00000000">
              <w:rPr>
                <w:rtl w:val="0"/>
              </w:rPr>
            </w:r>
          </w:p>
        </w:tc>
        <w:tc>
          <w:tcPr>
            <w:tcBorders>
              <w:top w:color="d0d0d0" w:space="0" w:sz="5" w:val="single"/>
              <w:left w:color="d0d0d0" w:space="0" w:sz="5" w:val="single"/>
              <w:bottom w:color="d0d0d0" w:space="0" w:sz="5" w:val="single"/>
              <w:right w:color="d0d0d0" w:space="0" w:sz="5" w:val="single"/>
            </w:tcBorders>
            <w:tcMar>
              <w:top w:w="70.0" w:type="dxa"/>
              <w:left w:w="100.0" w:type="dxa"/>
              <w:bottom w:w="70.0" w:type="dxa"/>
              <w:right w:w="100.0" w:type="dxa"/>
            </w:tcMar>
            <w:vAlign w:val="center"/>
          </w:tcPr>
          <w:p w:rsidR="00000000" w:rsidDel="00000000" w:rsidP="00000000" w:rsidRDefault="00000000" w:rsidRPr="00000000" w14:paraId="00000014">
            <w:pPr>
              <w:spacing w:after="0" w:before="0" w:line="240" w:lineRule="auto"/>
              <w:rPr>
                <w:sz w:val="20"/>
                <w:szCs w:val="20"/>
              </w:rPr>
            </w:pPr>
            <w:r w:rsidDel="00000000" w:rsidR="00000000" w:rsidRPr="00000000">
              <w:rPr>
                <w:rFonts w:ascii="Arial" w:cs="Arial" w:eastAsia="Arial" w:hAnsi="Arial"/>
                <w:b w:val="1"/>
                <w:bCs w:val="1"/>
                <w:i w:val="0"/>
                <w:iCs w:val="0"/>
                <w:color w:val="242424"/>
                <w:sz w:val="20"/>
                <w:szCs w:val="20"/>
                <w:rtl w:val="0"/>
              </w:rPr>
              <w:t xml:space="preserve">Τηλέφωνο / Κινητό</w:t>
            </w:r>
            <w:r w:rsidDel="00000000" w:rsidR="00000000" w:rsidRPr="00000000">
              <w:rPr>
                <w:sz w:val="20"/>
                <w:szCs w:val="20"/>
                <w:rtl w:val="0"/>
              </w:rPr>
              <w:br w:type="textWrapping"/>
            </w:r>
            <w:r w:rsidDel="00000000" w:rsidR="00000000" w:rsidRPr="00000000">
              <w:rPr>
                <w:rFonts w:ascii="Arial" w:cs="Arial" w:eastAsia="Arial" w:hAnsi="Arial"/>
                <w:b w:val="0"/>
                <w:bCs w:val="0"/>
                <w:i w:val="0"/>
                <w:iCs w:val="0"/>
                <w:color w:val="999999"/>
                <w:sz w:val="20"/>
                <w:szCs w:val="20"/>
                <w:rtl w:val="0"/>
              </w:rPr>
              <w:t xml:space="preserve">+30 69X XXX XXXX</w:t>
            </w:r>
            <w:r w:rsidDel="00000000" w:rsidR="00000000" w:rsidRPr="00000000">
              <w:rPr>
                <w:rtl w:val="0"/>
              </w:rPr>
            </w:r>
          </w:p>
        </w:tc>
      </w:tr>
    </w:tbl>
    <w:p w:rsidR="00000000" w:rsidDel="00000000" w:rsidP="00000000" w:rsidRDefault="00000000" w:rsidRPr="00000000" w14:paraId="00000015">
      <w:pPr>
        <w:spacing w:after="20" w:before="80" w:line="240" w:lineRule="auto"/>
        <w:rPr>
          <w:sz w:val="24"/>
          <w:szCs w:val="24"/>
        </w:rPr>
      </w:pPr>
      <w:r w:rsidDel="00000000" w:rsidR="00000000" w:rsidRPr="00000000">
        <w:rPr>
          <w:rFonts w:ascii="Arial" w:cs="Arial" w:eastAsia="Arial" w:hAnsi="Arial"/>
          <w:b w:val="1"/>
          <w:bCs w:val="1"/>
          <w:i w:val="0"/>
          <w:iCs w:val="0"/>
          <w:color w:val="202020"/>
          <w:sz w:val="24"/>
          <w:szCs w:val="24"/>
          <w:rtl w:val="0"/>
        </w:rPr>
        <w:t xml:space="preserve">Επόμενα βήματα</w:t>
      </w:r>
      <w:r w:rsidDel="00000000" w:rsidR="00000000" w:rsidRPr="00000000">
        <w:rPr>
          <w:rtl w:val="0"/>
        </w:rPr>
      </w:r>
    </w:p>
    <w:p w:rsidR="00000000" w:rsidDel="00000000" w:rsidP="00000000" w:rsidRDefault="00000000" w:rsidRPr="00000000" w14:paraId="00000016">
      <w:pPr>
        <w:numPr>
          <w:ilvl w:val="0"/>
          <w:numId w:val="1"/>
        </w:numPr>
        <w:spacing w:after="0" w:afterAutospacing="0" w:before="0" w:line="240" w:lineRule="auto"/>
        <w:ind w:left="720" w:hanging="360"/>
        <w:rPr>
          <w:rFonts w:ascii="Arial" w:cs="Arial" w:eastAsia="Arial" w:hAnsi="Arial"/>
          <w:b w:val="0"/>
          <w:bCs w:val="0"/>
          <w:i w:val="0"/>
          <w:iCs w:val="0"/>
          <w:color w:val="242424"/>
          <w:sz w:val="20"/>
          <w:szCs w:val="20"/>
          <w:u w:val="none"/>
        </w:rPr>
      </w:pPr>
      <w:r w:rsidDel="00000000" w:rsidR="00000000" w:rsidRPr="00000000">
        <w:rPr>
          <w:rFonts w:ascii="Arial" w:cs="Arial" w:eastAsia="Arial" w:hAnsi="Arial"/>
          <w:b w:val="0"/>
          <w:bCs w:val="0"/>
          <w:i w:val="0"/>
          <w:iCs w:val="0"/>
          <w:color w:val="242424"/>
          <w:sz w:val="20"/>
          <w:szCs w:val="20"/>
          <w:rtl w:val="0"/>
        </w:rPr>
        <w:t xml:space="preserve">Η υποβολή του αιτήματος δεν αποτελεί αυτόματη επιβεβαίωση. Η Pleathora θα εξετάσει τον στόχο, τη συνάφεια των επιχειρήσεων που σας ενδιαφέρουν και τη δυνατότητα εντοπισμού κατάλληλων επαφών.</w:t>
      </w:r>
      <w:r w:rsidDel="00000000" w:rsidR="00000000" w:rsidRPr="00000000">
        <w:rPr>
          <w:rtl w:val="0"/>
        </w:rPr>
      </w:r>
    </w:p>
    <w:p w:rsidR="00000000" w:rsidDel="00000000" w:rsidP="00000000" w:rsidRDefault="00000000" w:rsidRPr="00000000" w14:paraId="00000017">
      <w:pPr>
        <w:numPr>
          <w:ilvl w:val="0"/>
          <w:numId w:val="1"/>
        </w:numPr>
        <w:spacing w:after="0" w:afterAutospacing="0" w:before="0" w:line="240" w:lineRule="auto"/>
        <w:ind w:left="720" w:hanging="360"/>
        <w:rPr>
          <w:rFonts w:ascii="Arial" w:cs="Arial" w:eastAsia="Arial" w:hAnsi="Arial"/>
          <w:b w:val="0"/>
          <w:bCs w:val="0"/>
          <w:i w:val="0"/>
          <w:iCs w:val="0"/>
          <w:color w:val="242424"/>
          <w:sz w:val="20"/>
          <w:szCs w:val="20"/>
          <w:u w:val="none"/>
        </w:rPr>
      </w:pPr>
      <w:r w:rsidDel="00000000" w:rsidR="00000000" w:rsidRPr="00000000">
        <w:rPr>
          <w:rFonts w:ascii="Arial" w:cs="Arial" w:eastAsia="Arial" w:hAnsi="Arial"/>
          <w:b w:val="0"/>
          <w:bCs w:val="0"/>
          <w:i w:val="0"/>
          <w:iCs w:val="0"/>
          <w:color w:val="242424"/>
          <w:sz w:val="20"/>
          <w:szCs w:val="20"/>
          <w:rtl w:val="0"/>
        </w:rPr>
        <w:t xml:space="preserve">Πριν προχωρήσει η επίσκεψη ή η επίδειξη, θα επιβεβαιωθεί το πραγματικό ενδιαφέρον της άλλης πλευράς. Αν χρειαστεί, μπορεί να ζητηθούν μόνο οι πρόσθετες πληροφορίες που είναι απαραίτητες για την προετοιμασία και τον συντονισμό.</w:t>
      </w:r>
      <w:r w:rsidDel="00000000" w:rsidR="00000000" w:rsidRPr="00000000">
        <w:rPr>
          <w:rtl w:val="0"/>
        </w:rPr>
      </w:r>
    </w:p>
    <w:p w:rsidR="00000000" w:rsidDel="00000000" w:rsidP="00000000" w:rsidRDefault="00000000" w:rsidRPr="00000000" w14:paraId="00000018">
      <w:pPr>
        <w:numPr>
          <w:ilvl w:val="0"/>
          <w:numId w:val="1"/>
        </w:numPr>
        <w:spacing w:after="40" w:before="0" w:line="240" w:lineRule="auto"/>
        <w:ind w:left="720" w:hanging="360"/>
        <w:rPr>
          <w:i w:val="0"/>
          <w:iCs w:val="0"/>
          <w:color w:val="242424"/>
          <w:sz w:val="20"/>
          <w:szCs w:val="20"/>
        </w:rPr>
      </w:pPr>
      <w:r w:rsidDel="00000000" w:rsidR="00000000" w:rsidRPr="00000000">
        <w:rPr>
          <w:i w:val="0"/>
          <w:iCs w:val="0"/>
          <w:color w:val="242424"/>
          <w:sz w:val="20"/>
          <w:szCs w:val="20"/>
          <w:rtl w:val="0"/>
        </w:rPr>
        <w:t xml:space="preserve">Θα επανέλθουμε το συντομότερο δυνατό με σχετική Προσφορά, στην οποία θα περιγράφονται με σαφήνεια το εύρος της εργασίας, το παραδοτέο, ο χρόνος και το κόστος.</w:t>
      </w:r>
    </w:p>
    <w:p w:rsidR="00000000" w:rsidDel="00000000" w:rsidP="00000000" w:rsidRDefault="00000000" w:rsidRPr="00000000" w14:paraId="00000019">
      <w:pPr>
        <w:spacing w:after="40" w:before="0" w:line="240" w:lineRule="auto"/>
        <w:rPr>
          <w:b w:val="1"/>
          <w:bCs w:val="1"/>
          <w:color w:val="242424"/>
          <w:sz w:val="16"/>
          <w:szCs w:val="16"/>
        </w:rPr>
      </w:pPr>
      <w:r w:rsidDel="00000000" w:rsidR="00000000" w:rsidRPr="00000000">
        <w:rPr>
          <w:rtl w:val="0"/>
        </w:rPr>
      </w:r>
    </w:p>
    <w:tbl>
      <w:tblPr>
        <w:tblStyle w:val="Table6"/>
        <w:tblW w:w="10426.0" w:type="dxa"/>
        <w:jc w:val="center"/>
        <w:tblLayout w:type="fixed"/>
        <w:tblLook w:val="0400"/>
      </w:tblPr>
      <w:tblGrid>
        <w:gridCol w:w="10426"/>
        <w:tblGridChange w:id="0">
          <w:tblGrid>
            <w:gridCol w:w="10426"/>
          </w:tblGrid>
        </w:tblGridChange>
      </w:tblGrid>
      <w:tr>
        <w:trPr>
          <w:cantSplit w:val="0"/>
          <w:tblHeader w:val="0"/>
        </w:trPr>
        <w:tc>
          <w:tcPr>
            <w:tcBorders>
              <w:top w:color="d5d5d5" w:space="0" w:sz="5" w:val="single"/>
              <w:left w:color="d5d5d5" w:space="0" w:sz="5" w:val="single"/>
              <w:bottom w:color="d5d5d5" w:space="0" w:sz="5" w:val="single"/>
              <w:right w:color="d5d5d5" w:space="0" w:sz="5" w:val="single"/>
            </w:tcBorders>
            <w:shd w:fill="f5f5f5" w:val="clear"/>
            <w:tcMar>
              <w:top w:w="75.0" w:type="dxa"/>
              <w:left w:w="100.0" w:type="dxa"/>
              <w:bottom w:w="75.0" w:type="dxa"/>
              <w:right w:w="100.0" w:type="dxa"/>
            </w:tcMar>
            <w:vAlign w:val="center"/>
          </w:tcPr>
          <w:p w:rsidR="00000000" w:rsidDel="00000000" w:rsidP="00000000" w:rsidRDefault="00000000" w:rsidRPr="00000000" w14:paraId="0000001A">
            <w:pPr>
              <w:spacing w:after="0" w:before="0" w:line="240" w:lineRule="auto"/>
              <w:rPr>
                <w:sz w:val="20"/>
                <w:szCs w:val="20"/>
              </w:rPr>
            </w:pPr>
            <w:r w:rsidDel="00000000" w:rsidR="00000000" w:rsidRPr="00000000">
              <w:rPr>
                <w:rFonts w:ascii="Arial" w:cs="Arial" w:eastAsia="Arial" w:hAnsi="Arial"/>
                <w:b w:val="1"/>
                <w:bCs w:val="1"/>
                <w:i w:val="0"/>
                <w:iCs w:val="0"/>
                <w:color w:val="333333"/>
                <w:sz w:val="20"/>
                <w:szCs w:val="20"/>
                <w:rtl w:val="0"/>
              </w:rPr>
              <w:t xml:space="preserve">☐ Έχω λάβει γνώση της Πολιτικής Απορρήτου και συμφωνώ να χρησιμοποιηθούν τα στοιχεία που υποβάλλω για την αξιολόγηση του αιτήματος, την επικοινωνία με τα εμπλεκόμενα μέρη και την προετοιμασία της σχετικής Προσφοράς.</w:t>
            </w:r>
            <w:r w:rsidDel="00000000" w:rsidR="00000000" w:rsidRPr="00000000">
              <w:rPr>
                <w:rtl w:val="0"/>
              </w:rPr>
            </w:r>
          </w:p>
        </w:tc>
      </w:tr>
    </w:tbl>
    <w:p w:rsidR="00000000" w:rsidDel="00000000" w:rsidP="00000000" w:rsidRDefault="00000000" w:rsidRPr="00000000" w14:paraId="0000001B">
      <w:pPr>
        <w:spacing w:after="40" w:before="120" w:line="240" w:lineRule="auto"/>
        <w:rPr>
          <w:b w:val="1"/>
          <w:bCs w:val="1"/>
        </w:rPr>
      </w:pPr>
      <w:r w:rsidDel="00000000" w:rsidR="00000000" w:rsidRPr="00000000">
        <w:rPr>
          <w:b w:val="1"/>
          <w:bCs w:val="1"/>
          <w:rtl w:val="0"/>
        </w:rPr>
        <w:t xml:space="preserve">Παρακαλούμε συμπληρώστε, υπογράψτε, βάλτε ημερομηνία και στείλετε το παρόν στο e-mail protoulisd@yahoo.com</w:t>
      </w:r>
    </w:p>
    <w:tbl>
      <w:tblPr>
        <w:tblStyle w:val="Table7"/>
        <w:tblW w:w="10426.0" w:type="dxa"/>
        <w:jc w:val="center"/>
        <w:tblLayout w:type="fixed"/>
        <w:tblLook w:val="0400"/>
      </w:tblPr>
      <w:tblGrid>
        <w:gridCol w:w="10426"/>
        <w:tblGridChange w:id="0">
          <w:tblGrid>
            <w:gridCol w:w="10426"/>
          </w:tblGrid>
        </w:tblGridChange>
      </w:tblGrid>
      <w:tr>
        <w:trPr>
          <w:cantSplit w:val="0"/>
          <w:tblHeader w:val="0"/>
        </w:trPr>
        <w:tc>
          <w:tcPr>
            <w:tcBorders>
              <w:top w:color="d0d0d0" w:space="0" w:sz="5" w:val="single"/>
              <w:left w:color="d0d0d0" w:space="0" w:sz="5" w:val="single"/>
              <w:bottom w:color="d0d0d0" w:space="0" w:sz="5" w:val="single"/>
              <w:right w:color="d0d0d0" w:space="0" w:sz="5" w:val="single"/>
            </w:tcBorders>
            <w:tcMar>
              <w:top w:w="90.0" w:type="dxa"/>
              <w:bottom w:w="90.0" w:type="dxa"/>
            </w:tcMar>
            <w:vAlign w:val="center"/>
          </w:tcPr>
          <w:p w:rsidR="00000000" w:rsidDel="00000000" w:rsidP="00000000" w:rsidRDefault="00000000" w:rsidRPr="00000000" w14:paraId="0000001C">
            <w:pPr>
              <w:spacing w:after="0" w:line="240" w:lineRule="auto"/>
              <w:rPr/>
            </w:pPr>
            <w:r w:rsidDel="00000000" w:rsidR="00000000" w:rsidRPr="00000000">
              <w:rPr>
                <w:b w:val="1"/>
                <w:bCs w:val="1"/>
                <w:color w:val="242424"/>
                <w:sz w:val="20"/>
                <w:szCs w:val="20"/>
                <w:rtl w:val="0"/>
              </w:rPr>
              <w:t xml:space="preserve">Υπογραφή                                                                                                                                     Ημερομηνία</w:t>
            </w:r>
            <w:r w:rsidDel="00000000" w:rsidR="00000000" w:rsidRPr="00000000">
              <w:rPr>
                <w:rtl w:val="0"/>
              </w:rPr>
            </w:r>
          </w:p>
        </w:tc>
      </w:tr>
    </w:tbl>
    <w:p w:rsidR="00000000" w:rsidDel="00000000" w:rsidP="00000000" w:rsidRDefault="00000000" w:rsidRPr="00000000" w14:paraId="0000001D">
      <w:pPr>
        <w:spacing w:after="0" w:line="240" w:lineRule="auto"/>
        <w:jc w:val="center"/>
        <w:rPr>
          <w:i w:val="1"/>
          <w:iCs w:val="1"/>
        </w:rPr>
      </w:pPr>
      <w:r w:rsidDel="00000000" w:rsidR="00000000" w:rsidRPr="00000000">
        <w:rPr>
          <w:rtl w:val="0"/>
        </w:rPr>
      </w:r>
    </w:p>
    <w:p w:rsidR="00000000" w:rsidDel="00000000" w:rsidP="00000000" w:rsidRDefault="00000000" w:rsidRPr="00000000" w14:paraId="0000001E">
      <w:pPr>
        <w:spacing w:after="0" w:line="240" w:lineRule="auto"/>
        <w:jc w:val="center"/>
        <w:rPr>
          <w:i w:val="1"/>
          <w:iCs w:val="1"/>
          <w:sz w:val="20"/>
          <w:szCs w:val="20"/>
        </w:rPr>
      </w:pPr>
      <w:r w:rsidDel="00000000" w:rsidR="00000000" w:rsidRPr="00000000">
        <w:rPr>
          <w:i w:val="1"/>
          <w:iCs w:val="1"/>
          <w:sz w:val="20"/>
          <w:szCs w:val="20"/>
          <w:rtl w:val="0"/>
        </w:rPr>
        <w:t xml:space="preserve">Ευχαριστούμε για το ενδιαφέρον σας!</w:t>
      </w:r>
    </w:p>
    <w:p w:rsidR="00000000" w:rsidDel="00000000" w:rsidP="00000000" w:rsidRDefault="00000000" w:rsidRPr="00000000" w14:paraId="0000001F">
      <w:pPr>
        <w:spacing w:after="0" w:line="240" w:lineRule="auto"/>
        <w:jc w:val="center"/>
        <w:rPr>
          <w:i w:val="1"/>
          <w:iCs w:val="1"/>
          <w:sz w:val="20"/>
          <w:szCs w:val="20"/>
        </w:rPr>
      </w:pPr>
      <w:r w:rsidDel="00000000" w:rsidR="00000000" w:rsidRPr="00000000">
        <w:rPr>
          <w:i w:val="1"/>
          <w:iCs w:val="1"/>
          <w:sz w:val="20"/>
          <w:szCs w:val="20"/>
          <w:rtl w:val="0"/>
        </w:rPr>
        <w:t xml:space="preserve">Θα επανέλθουμε το συντομότερο δυνατό</w:t>
      </w:r>
    </w:p>
    <w:p w:rsidR="00000000" w:rsidDel="00000000" w:rsidP="00000000" w:rsidRDefault="00000000" w:rsidRPr="00000000" w14:paraId="00000020">
      <w:pPr>
        <w:spacing w:after="0" w:line="240" w:lineRule="auto"/>
        <w:jc w:val="right"/>
        <w:rPr>
          <w:i w:val="1"/>
          <w:iCs w:val="1"/>
        </w:rPr>
      </w:pPr>
      <w:r w:rsidDel="00000000" w:rsidR="00000000" w:rsidRPr="00000000">
        <w:rPr>
          <w:color w:val="777777"/>
          <w:rtl w:val="0"/>
        </w:rPr>
        <w:t xml:space="preserve">* Υποχρεωτικό πεδίο</w:t>
      </w:r>
      <w:r w:rsidDel="00000000" w:rsidR="00000000" w:rsidRPr="00000000">
        <w:rPr>
          <w:rtl w:val="0"/>
        </w:rPr>
      </w:r>
    </w:p>
    <w:sectPr>
      <w:headerReference r:id="rId7" w:type="default"/>
      <w:pgSz w:h="15840" w:w="12240" w:orient="portrait"/>
      <w:pgMar w:bottom="709" w:top="765" w:left="907" w:right="90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Arial Unicode MS"/>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1">
    <w:pPr>
      <w:jc w:val="right"/>
      <w:rPr/>
    </w:pPr>
    <w:r w:rsidDel="00000000" w:rsidR="00000000" w:rsidRPr="00000000">
      <w:rPr>
        <w:rtl w:val="0"/>
      </w:rPr>
      <w:t xml:space="preserve"> </w:t>
    </w:r>
    <w:hyperlink r:id="rId1">
      <w:r w:rsidDel="00000000" w:rsidR="00000000" w:rsidRPr="00000000">
        <w:rPr>
          <w:color w:val="1155cc"/>
          <w:u w:val="single"/>
          <w:rtl w:val="0"/>
        </w:rPr>
        <w:t xml:space="preserve">www.pleathora.com</w:t>
      </w:r>
    </w:hyperlink>
    <w:r w:rsidDel="00000000" w:rsidR="00000000" w:rsidRPr="00000000">
      <w:rPr>
        <w:rtl w:val="0"/>
      </w:rPr>
      <w:t xml:space="preserve">  Β2Β  Πλατφόρμα Αγροδιατροφής</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18"/>
        <w:szCs w:val="18"/>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hyperlink" Target="http://www.pleathor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C5RrLaZNOJ32m5QU4BsLWoXY7UQ==">CgMxLjAaJAoBMBIfCh0IB0IZCgVBcmlhbBIQQXJpYWwgVW5pY29kZSBNUxokCgExEh8KHQgHQhkKBUFyaWFsEhBBcmlhbCBVbmljb2RlIE1TOAByITFtSTlIX1pvQWpWSEZSd3VkdFNKSVNQYlZjeU1yZmJZUQ==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cp:coreProperties>
</file>